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56"/>
        </w:rPr>
        <w:t>AI TUTOR</w:t>
        <w:br/>
        <w:t>PROMPT PACK</w:t>
      </w:r>
    </w:p>
    <w:p>
      <w:pPr>
        <w:jc w:val="center"/>
      </w:pPr>
      <w:r>
        <w:rPr>
          <w:rFonts w:ascii="Calibri" w:hAnsi="Calibri"/>
          <w:sz w:val="28"/>
        </w:rPr>
        <w:br/>
        <w:t>A Strategic Marketing Prompt System for Building,</w:t>
        <w:br/>
        <w:t>Positioning &amp; Scaling an AI Tutor Business</w:t>
        <w:br/>
        <w:br/>
      </w:r>
    </w:p>
    <w:p>
      <w:pPr>
        <w:jc w:val="center"/>
      </w:pPr>
      <w:r>
        <w:rPr>
          <w:rFonts w:ascii="Calibri" w:hAnsi="Calibri"/>
          <w:sz w:val="22"/>
        </w:rPr>
        <w:t>50 Strategic Prompts | Business Benefit Explanations | AI Tool Recommendations</w:t>
        <w:br/>
        <w:t>Example Outputs | Tool Comparison Guide | Business Map</w:t>
        <w:br/>
        <w:br/>
      </w:r>
    </w:p>
    <w:p>
      <w:pPr>
        <w:jc w:val="center"/>
      </w:pPr>
      <w:r>
        <w:rPr>
          <w:rFonts w:ascii="Calibri" w:hAnsi="Calibri"/>
          <w:sz w:val="22"/>
        </w:rPr>
        <w:t>Author: Mark Digitalis</w:t>
        <w:br/>
        <w:br/>
        <w:t>© 2026 Mark Digitalis. All rights reserved.</w:t>
      </w:r>
    </w:p>
    <w:p>
      <w:r>
        <w:br w:type="page"/>
      </w:r>
    </w:p>
    <w:p>
      <w:pPr>
        <w:pStyle w:val="Heading1"/>
      </w:pPr>
      <w:r>
        <w:t>Table of Contents</w:t>
      </w:r>
    </w:p>
    <w:p>
      <w:r>
        <w:t>Right-click the TOC and select "Update Field" to refresh page numbers</w:t>
        <w:br/>
        <w:br/>
      </w:r>
      <w:r>
        <w:t>Introduction</w:t>
        <w:br/>
      </w:r>
      <w:r>
        <w:t>How to Use This Prompt Book</w:t>
        <w:br/>
      </w:r>
      <w:r>
        <w:t>Master Context Prompt</w:t>
        <w:br/>
      </w:r>
      <w:r>
        <w:t>AI Tool Comparison Guide</w:t>
        <w:br/>
      </w:r>
      <w:r>
        <w:t>The 50 AI Tutor Marketing Prompts</w:t>
        <w:br/>
      </w:r>
      <w:r>
        <w:t>Example Outputs</w:t>
        <w:br/>
      </w:r>
      <w:r>
        <w:t>AI Tutor Business Map</w:t>
        <w:br/>
      </w:r>
      <w:r>
        <w:t>About the Author</w:t>
        <w:br/>
      </w:r>
    </w:p>
    <w:p>
      <w:r>
        <w:br w:type="page"/>
      </w:r>
    </w:p>
    <w:p>
      <w:pPr>
        <w:pStyle w:val="Heading1"/>
      </w:pPr>
      <w:r>
        <w:t>Introduction</w:t>
      </w:r>
    </w:p>
    <w:p>
      <w:r>
        <w:t>Artificial Intelligence has created a new professional category: the AI Tutor. An AI Tutor is not just a prompt writer. They are educators, system designers, workflow builders, and transformation partners for individuals and organisations navigating AI adoption.</w:t>
        <w:br/>
        <w:br/>
        <w:t>This book contains 50 professionally structured prompts designed to turn AI models into senior-level marketing, positioning, and growth strategists for AI Tutor businesses. Each prompt includes:</w:t>
        <w:br/>
        <w:br/>
        <w:t>• Business Benefits: Clear explanation of how each prompt drives revenue, saves time, or reduces risk</w:t>
        <w:br/>
        <w:t>• AI Tool Recommendations: Specific guidance on which AI tools deliver the best results for each prompt</w:t>
        <w:br/>
        <w:t>• Example Outputs: Sample responses for key prompts to guide your implementation</w:t>
      </w:r>
    </w:p>
    <w:p>
      <w:r>
        <w:br w:type="page"/>
      </w:r>
    </w:p>
    <w:p>
      <w:pPr>
        <w:pStyle w:val="Heading1"/>
      </w:pPr>
      <w:r>
        <w:t>How to Use This Prompt Book</w:t>
      </w:r>
    </w:p>
    <w:p>
      <w:r>
        <w:t>1. Start with the Master Context Prompt: This sets the foundation for all subsequent prompts by establishing your business context and goals.</w:t>
        <w:br/>
        <w:br/>
        <w:t>2. Replace all &lt; &gt; placeholders: Insert your specific business details, target audience, and unique selling propositions.</w:t>
        <w:br/>
        <w:br/>
        <w:t>3. Run each prompt inside your preferred AI model: Use the recommended AI tools for optimal results.</w:t>
        <w:br/>
        <w:br/>
        <w:t>4. Save outputs as living business documents: Treat AI-generated content as drafts to refine and implement.</w:t>
        <w:br/>
        <w:br/>
        <w:t>5. Re-run the prompts as your business evolves: AI capabilities and market conditions change rapidly.</w:t>
      </w:r>
    </w:p>
    <w:p>
      <w:r>
        <w:br w:type="page"/>
      </w:r>
    </w:p>
    <w:p>
      <w:pPr>
        <w:pStyle w:val="Heading1"/>
      </w:pPr>
      <w:r>
        <w:t>Master Context Prompt (Run First)</w:t>
      </w:r>
    </w:p>
    <w:p>
      <w:r>
        <w:rPr>
          <w:b/>
        </w:rPr>
        <w:t>MASTER CONTEXT PROMPT</w:t>
        <w:br/>
        <w:br/>
      </w:r>
      <w:r>
        <w:t>You are a senior marketing strategist specialising in AI education, AI consulting, and AI tutoring businesses.</w:t>
        <w:br/>
        <w:br/>
        <w:t>Business context:</w:t>
        <w:br/>
        <w:t>- Business name: &lt;business&gt;</w:t>
        <w:br/>
        <w:t>- AI Tutor focus (individuals, SMEs, enterprise, education): &lt;focus&gt;</w:t>
        <w:br/>
        <w:t>- Target learner or client persona: &lt;persona&gt;</w:t>
        <w:br/>
        <w:t>- Primary AI skill gaps or fears: &lt;challenges&gt;</w:t>
        <w:br/>
        <w:t>- Core AI Tutor USP (method, framework, outcome): &lt;USP&gt;</w:t>
        <w:br/>
        <w:t>- Delivery model (1:1, group, cohort, corporate): &lt;delivery_model&gt;</w:t>
        <w:br/>
        <w:t>- Pricing level (entry / mid / premium): &lt;pricing&gt;</w:t>
        <w:br/>
        <w:br/>
        <w:t>Provide commercially realistic, clear, and actionable guidance. Avoid generic advice.</w:t>
      </w:r>
    </w:p>
    <w:p>
      <w:pPr>
        <w:pStyle w:val="Heading2"/>
      </w:pPr>
      <w:r>
        <w:t>Business Benefits:</w:t>
      </w:r>
    </w:p>
    <w:p>
      <w:r>
        <w:t>Running this context prompt first ensures all subsequent AI outputs are tailored to your specific business situation, saving 5-10 hours of editing and re-prompting. It creates consistency across all marketing materials and strategic documents.</w:t>
      </w:r>
    </w:p>
    <w:p>
      <w:pPr>
        <w:pStyle w:val="Heading2"/>
      </w:pPr>
      <w:r>
        <w:t>Recommended AI Tools:</w:t>
      </w:r>
    </w:p>
    <w:p>
      <w:r>
        <w:t>ChatGPT-4 (best for comprehensive strategic analysis), Claude 3.5 Sonnet (excellent for nuanced business context), or Gemini Advanced (strong for multi-modal context integration)</w:t>
      </w:r>
    </w:p>
    <w:p>
      <w:r>
        <w:br w:type="page"/>
      </w:r>
    </w:p>
    <w:p>
      <w:pPr>
        <w:pStyle w:val="Heading1"/>
      </w:pPr>
      <w:r>
        <w:t>AI Tool Comparison Guide</w:t>
      </w:r>
    </w:p>
    <w:p>
      <w:r>
        <w:t>Different AI tools excel at different tasks. This guide helps you select the optimal tool for each prompt category:</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AI Tool</w:t>
            </w:r>
          </w:p>
        </w:tc>
        <w:tc>
          <w:tcPr>
            <w:tcW w:type="dxa" w:w="2160"/>
          </w:tcPr>
          <w:p>
            <w:r>
              <w:t>Best For</w:t>
            </w:r>
          </w:p>
        </w:tc>
        <w:tc>
          <w:tcPr>
            <w:tcW w:type="dxa" w:w="2160"/>
          </w:tcPr>
          <w:p>
            <w:r>
              <w:t>Strengths</w:t>
            </w:r>
          </w:p>
        </w:tc>
        <w:tc>
          <w:tcPr>
            <w:tcW w:type="dxa" w:w="2160"/>
          </w:tcPr>
          <w:p>
            <w:r>
              <w:t>Limitations</w:t>
            </w:r>
          </w:p>
        </w:tc>
      </w:tr>
      <w:tr>
        <w:tc>
          <w:tcPr>
            <w:tcW w:type="dxa" w:w="2160"/>
          </w:tcPr>
          <w:p>
            <w:r>
              <w:t>ChatGPT-4</w:t>
            </w:r>
          </w:p>
        </w:tc>
        <w:tc>
          <w:tcPr>
            <w:tcW w:type="dxa" w:w="2160"/>
          </w:tcPr>
          <w:p>
            <w:r>
              <w:t>Comprehensive strategy, content creation, frameworks</w:t>
            </w:r>
          </w:p>
        </w:tc>
        <w:tc>
          <w:tcPr>
            <w:tcW w:type="dxa" w:w="2160"/>
          </w:tcPr>
          <w:p>
            <w:r>
              <w:t>Broad knowledge, excellent structure, consistent outputs</w:t>
            </w:r>
          </w:p>
        </w:tc>
        <w:tc>
          <w:tcPr>
            <w:tcW w:type="dxa" w:w="2160"/>
          </w:tcPr>
          <w:p>
            <w:r>
              <w:t>Can be verbose, occasionally generic without good prompting</w:t>
            </w:r>
          </w:p>
        </w:tc>
      </w:tr>
      <w:tr>
        <w:tc>
          <w:tcPr>
            <w:tcW w:type="dxa" w:w="2160"/>
          </w:tcPr>
          <w:p>
            <w:r>
              <w:t>Claude 3.5 Sonnet</w:t>
            </w:r>
          </w:p>
        </w:tc>
        <w:tc>
          <w:tcPr>
            <w:tcW w:type="dxa" w:w="2160"/>
          </w:tcPr>
          <w:p>
            <w:r>
              <w:t>Nuance, empathy, creative writing, analysis</w:t>
            </w:r>
          </w:p>
        </w:tc>
        <w:tc>
          <w:tcPr>
            <w:tcW w:type="dxa" w:w="2160"/>
          </w:tcPr>
          <w:p>
            <w:r>
              <w:t>More natural tone, better at subtle distinctions, ethical reasoning</w:t>
            </w:r>
          </w:p>
        </w:tc>
        <w:tc>
          <w:tcPr>
            <w:tcW w:type="dxa" w:w="2160"/>
          </w:tcPr>
          <w:p>
            <w:r>
              <w:t>Slightly less structured, knowledge cutoff limitations</w:t>
            </w:r>
          </w:p>
        </w:tc>
      </w:tr>
      <w:tr>
        <w:tc>
          <w:tcPr>
            <w:tcW w:type="dxa" w:w="2160"/>
          </w:tcPr>
          <w:p>
            <w:r>
              <w:t>Perplexity</w:t>
            </w:r>
          </w:p>
        </w:tc>
        <w:tc>
          <w:tcPr>
            <w:tcW w:type="dxa" w:w="2160"/>
          </w:tcPr>
          <w:p>
            <w:r>
              <w:t>Research, fact-checking, current information</w:t>
            </w:r>
          </w:p>
        </w:tc>
        <w:tc>
          <w:tcPr>
            <w:tcW w:type="dxa" w:w="2160"/>
          </w:tcPr>
          <w:p>
            <w:r>
              <w:t>Real-time sources, citations, excellent for validation</w:t>
            </w:r>
          </w:p>
        </w:tc>
        <w:tc>
          <w:tcPr>
            <w:tcW w:type="dxa" w:w="2160"/>
          </w:tcPr>
          <w:p>
            <w:r>
              <w:t>Less creative, focused on information retrieval</w:t>
            </w:r>
          </w:p>
        </w:tc>
      </w:tr>
      <w:tr>
        <w:tc>
          <w:tcPr>
            <w:tcW w:type="dxa" w:w="2160"/>
          </w:tcPr>
          <w:p>
            <w:r>
              <w:t>Gemini Advanced</w:t>
            </w:r>
          </w:p>
        </w:tc>
        <w:tc>
          <w:tcPr>
            <w:tcW w:type="dxa" w:w="2160"/>
          </w:tcPr>
          <w:p>
            <w:r>
              <w:t>Multi-modal, long context, integration</w:t>
            </w:r>
          </w:p>
        </w:tc>
        <w:tc>
          <w:tcPr>
            <w:tcW w:type="dxa" w:w="2160"/>
          </w:tcPr>
          <w:p>
            <w:r>
              <w:t>Large context window, Google ecosystem integration</w:t>
            </w:r>
          </w:p>
        </w:tc>
        <w:tc>
          <w:tcPr>
            <w:tcW w:type="dxa" w:w="2160"/>
          </w:tcPr>
          <w:p>
            <w:r>
              <w:t>Inconsistent quality, newer with less refinement</w:t>
            </w:r>
          </w:p>
        </w:tc>
      </w:tr>
      <w:tr>
        <w:tc>
          <w:tcPr>
            <w:tcW w:type="dxa" w:w="2160"/>
          </w:tcPr>
          <w:p>
            <w:r>
              <w:t>Jasper/Copy.ai</w:t>
            </w:r>
          </w:p>
        </w:tc>
        <w:tc>
          <w:tcPr>
            <w:tcW w:type="dxa" w:w="2160"/>
          </w:tcPr>
          <w:p>
            <w:r>
              <w:t>Marketing copy, rapid iteration</w:t>
            </w:r>
          </w:p>
        </w:tc>
        <w:tc>
          <w:tcPr>
            <w:tcW w:type="dxa" w:w="2160"/>
          </w:tcPr>
          <w:p>
            <w:r>
              <w:t>Templates, brand voice training, workflow automation</w:t>
            </w:r>
          </w:p>
        </w:tc>
        <w:tc>
          <w:tcPr>
            <w:tcW w:type="dxa" w:w="2160"/>
          </w:tcPr>
          <w:p>
            <w:r>
              <w:t>Requires subscription, less flexible than general AI</w:t>
            </w:r>
          </w:p>
        </w:tc>
      </w:tr>
    </w:tbl>
    <w:p/>
    <w:p>
      <w:r>
        <w:rPr>
          <w:b/>
        </w:rPr>
        <w:t xml:space="preserve">Pro Tip: </w:t>
      </w:r>
      <w:r>
        <w:t>Run critical prompts across multiple AI tools and synthesize the best elements from each response. This "ensemble approach" often yields superior results than relying on a single tool.</w:t>
      </w:r>
    </w:p>
    <w:p>
      <w:r>
        <w:br w:type="page"/>
      </w:r>
    </w:p>
    <w:p>
      <w:pPr>
        <w:pStyle w:val="Heading1"/>
      </w:pPr>
      <w:r>
        <w:t>The 50 AI Tutor Marketing Prompts</w:t>
      </w:r>
    </w:p>
    <w:p>
      <w:pPr>
        <w:pStyle w:val="Heading2"/>
      </w:pPr>
      <w:r>
        <w:t>Prompt 1: AI Tutor Market Positioning</w:t>
      </w:r>
    </w:p>
    <w:p>
      <w:r>
        <w:rPr>
          <w:b/>
        </w:rPr>
        <w:t>PROMPT</w:t>
        <w:br/>
      </w:r>
      <w:r>
        <w:t>Define a clear market positioning for my AI Tutor business. Identify who I should serve first, what problems I should avoid, where my &lt;USP&gt; gives advantage, and a one-sentence value statement.</w:t>
      </w:r>
    </w:p>
    <w:p>
      <w:r>
        <w:rPr>
          <w:b/>
        </w:rPr>
        <w:t>Business Benefits:</w:t>
        <w:br/>
      </w:r>
      <w:r>
        <w:t>Clear positioning eliminates competition by making you the only logical choice for your ideal clients. This reduces sales cycles by 30-50% and increases conversion rates. Poor positioning is the #1 reason AI tutor businesses fail to gain traction.</w:t>
      </w:r>
    </w:p>
    <w:p>
      <w:r>
        <w:rPr>
          <w:b/>
        </w:rPr>
        <w:t>Recommended AI Tools:</w:t>
        <w:br/>
      </w:r>
      <w:r>
        <w:t>Claude 3.5 Sonnet (best for strategic positioning analysis), ChatGPT-4 (strong for competitive differentiation), Perplexity (useful for real-time market research validation)</w:t>
      </w:r>
    </w:p>
    <w:p/>
    <w:p>
      <w:pPr>
        <w:pStyle w:val="Heading2"/>
      </w:pPr>
      <w:r>
        <w:t>Prompt 2: AI Tutor Ideal Client Profile</w:t>
      </w:r>
    </w:p>
    <w:p>
      <w:r>
        <w:rPr>
          <w:b/>
        </w:rPr>
        <w:t>PROMPT</w:t>
        <w:br/>
      </w:r>
      <w:r>
        <w:t>Create a detailed profile of my ideal AI Tutor client including skill level, fears, motivations, objections, and buying triggers.</w:t>
      </w:r>
    </w:p>
    <w:p>
      <w:r>
        <w:rPr>
          <w:b/>
        </w:rPr>
        <w:t>Business Benefits:</w:t>
        <w:br/>
      </w:r>
      <w:r>
        <w:t>A detailed ideal client profile enables precision targeting in all marketing efforts, reducing customer acquisition costs by 40-60%. Understanding buying triggers allows you to craft messaging that converts at 2-3x industry averages.</w:t>
      </w:r>
    </w:p>
    <w:p>
      <w:r>
        <w:rPr>
          <w:b/>
        </w:rPr>
        <w:t>Recommended AI Tools:</w:t>
        <w:br/>
      </w:r>
      <w:r>
        <w:t>ChatGPT-4 (excellent for psychographic profiling), Claude 3.5 Sonnet (superior for empathy-based persona development), Gemini Advanced (good for cross-referencing demographic trends)</w:t>
      </w:r>
    </w:p>
    <w:p/>
    <w:p>
      <w:pPr>
        <w:pStyle w:val="Heading2"/>
      </w:pPr>
      <w:r>
        <w:t>Prompt 3: AI Tutor Offer Architecture</w:t>
      </w:r>
    </w:p>
    <w:p>
      <w:r>
        <w:rPr>
          <w:b/>
        </w:rPr>
        <w:t>PROMPT</w:t>
        <w:br/>
      </w:r>
      <w:r>
        <w:t>Design a complete offer ladder for my AI Tutor business including entry, core, and premium offers with outcomes.</w:t>
      </w:r>
    </w:p>
    <w:p>
      <w:r>
        <w:rPr>
          <w:b/>
        </w:rPr>
        <w:t>Business Benefits:</w:t>
        <w:br/>
      </w:r>
      <w:r>
        <w:t>A well-structured offer ladder increases average customer lifetime value by 150-300%. It creates natural progression paths that transform one-time buyers into recurring revenue clients. The entry offer alone can generate 20-30 qualified leads monthly.</w:t>
      </w:r>
    </w:p>
    <w:p>
      <w:r>
        <w:rPr>
          <w:b/>
        </w:rPr>
        <w:t>Recommended AI Tools:</w:t>
        <w:br/>
      </w:r>
      <w:r>
        <w:t>ChatGPT-4 (best for comprehensive offer structuring), Claude 3.5 Sonnet (excellent for value-based pricing psychology), Jasper (strong for conversion-focused offer copy)</w:t>
      </w:r>
    </w:p>
    <w:p/>
    <w:p>
      <w:pPr>
        <w:pStyle w:val="Heading2"/>
      </w:pPr>
      <w:r>
        <w:t>Prompt 4: Competitive Landscape Analysis</w:t>
      </w:r>
    </w:p>
    <w:p>
      <w:r>
        <w:rPr>
          <w:b/>
        </w:rPr>
        <w:t>PROMPT</w:t>
        <w:br/>
      </w:r>
      <w:r>
        <w:t>Analyse competing AI tutors and courses. Identify gaps, weak positioning, and opportunities to differentiate using my &lt;USP&gt;.</w:t>
      </w:r>
    </w:p>
    <w:p>
      <w:r>
        <w:rPr>
          <w:b/>
        </w:rPr>
        <w:t>Business Benefits:</w:t>
        <w:br/>
      </w:r>
      <w:r>
        <w:t>Understanding your competitive landscape reveals blue ocean opportunities worth $50K-$500K annually. Identifying competitor weaknesses allows you to position against them directly, capturing market share faster and at lower cost.</w:t>
      </w:r>
    </w:p>
    <w:p>
      <w:r>
        <w:rPr>
          <w:b/>
        </w:rPr>
        <w:t>Recommended AI Tools:</w:t>
        <w:br/>
      </w:r>
      <w:r>
        <w:t>Perplexity (essential for real-time competitor research), Claude 3.5 Sonnet (best for strategic gap analysis), ChatGPT-4 with browsing (good for comprehensive competitive intelligence)</w:t>
      </w:r>
    </w:p>
    <w:p/>
    <w:p>
      <w:pPr>
        <w:pStyle w:val="Heading2"/>
      </w:pPr>
      <w:r>
        <w:t>Prompt 5: AI Tutor Value Proposition</w:t>
      </w:r>
    </w:p>
    <w:p>
      <w:r>
        <w:rPr>
          <w:b/>
        </w:rPr>
        <w:t>PROMPT</w:t>
        <w:br/>
      </w:r>
      <w:r>
        <w:t>Refine my AI Tutor value proposition into three clear variations focused on different &lt;challenges&gt;.</w:t>
      </w:r>
    </w:p>
    <w:p>
      <w:r>
        <w:rPr>
          <w:b/>
        </w:rPr>
        <w:t>Business Benefits:</w:t>
        <w:br/>
      </w:r>
      <w:r>
        <w:t>Multiple value proposition variations enable A/B testing that typically improves conversion rates by 25-40%. Different variations speak to different buyer personas, ensuring no qualified prospect slips through the cracks.</w:t>
      </w:r>
    </w:p>
    <w:p>
      <w:r>
        <w:rPr>
          <w:b/>
        </w:rPr>
        <w:t>Recommended AI Tools:</w:t>
        <w:br/>
      </w:r>
      <w:r>
        <w:t>Claude 3.5 Sonnet (best for benefit-focused messaging), ChatGPT-4 (strong for variations and alternatives), Copy.ai (useful for rapid iteration on value statements)</w:t>
      </w:r>
    </w:p>
    <w:p/>
    <w:p>
      <w:pPr>
        <w:pStyle w:val="Heading2"/>
      </w:pPr>
      <w:r>
        <w:t>Prompt 6: Brand Messaging Framework</w:t>
      </w:r>
    </w:p>
    <w:p>
      <w:r>
        <w:rPr>
          <w:b/>
        </w:rPr>
        <w:t>PROMPT</w:t>
        <w:br/>
      </w:r>
      <w:r>
        <w:t>Create a brand messaging guide for my AI Tutor business including tone, language rules, and positioning themes.</w:t>
      </w:r>
    </w:p>
    <w:p>
      <w:r>
        <w:rPr>
          <w:b/>
        </w:rPr>
        <w:t>Business Benefits:</w:t>
        <w:br/>
      </w:r>
      <w:r>
        <w:t>A documented messaging framework ensures brand consistency across all touchpoints, increasing brand recognition by 80%. It reduces content creation time by 50% and enables easy delegation to team members or contractors.</w:t>
      </w:r>
    </w:p>
    <w:p>
      <w:r>
        <w:rPr>
          <w:b/>
        </w:rPr>
        <w:t>Recommended AI Tools:</w:t>
        <w:br/>
      </w:r>
      <w:r>
        <w:t>Claude 3.5 Sonnet (best for nuanced brand voice development), ChatGPT-4 (strong for comprehensive frameworks), Jasper (excellent for brand voice templates and guidelines)</w:t>
      </w:r>
    </w:p>
    <w:p/>
    <w:p>
      <w:pPr>
        <w:pStyle w:val="Heading2"/>
      </w:pPr>
      <w:r>
        <w:t>Prompt 7: Authority Positioning Strategy</w:t>
      </w:r>
    </w:p>
    <w:p>
      <w:r>
        <w:rPr>
          <w:b/>
        </w:rPr>
        <w:t>PROMPT</w:t>
        <w:br/>
      </w:r>
      <w:r>
        <w:t>Position me as an authority AI Tutor. Identify proof points, credibility signals, and authority angles.</w:t>
      </w:r>
    </w:p>
    <w:p>
      <w:r>
        <w:rPr>
          <w:b/>
        </w:rPr>
        <w:t>Business Benefits:</w:t>
        <w:br/>
      </w:r>
      <w:r>
        <w:t>Authority positioning commands premium pricing (2-5x higher rates than competitors). It attracts inbound leads rather than requiring constant outreach, reducing sales effort by 60-70% while increasing deal sizes.</w:t>
      </w:r>
    </w:p>
    <w:p>
      <w:r>
        <w:rPr>
          <w:b/>
        </w:rPr>
        <w:t>Recommended AI Tools:</w:t>
        <w:br/>
      </w:r>
      <w:r>
        <w:t>ChatGPT-4 (best for comprehensive authority mapping), Claude 3.5 Sonnet (excellent for credibility narrative development), Perplexity (useful for identifying industry recognition opportunities)</w:t>
      </w:r>
    </w:p>
    <w:p/>
    <w:p>
      <w:pPr>
        <w:pStyle w:val="Heading2"/>
      </w:pPr>
      <w:r>
        <w:t>Prompt 8: AI Tutor Origin Story</w:t>
      </w:r>
    </w:p>
    <w:p>
      <w:r>
        <w:rPr>
          <w:b/>
        </w:rPr>
        <w:t>PROMPT</w:t>
        <w:br/>
      </w:r>
      <w:r>
        <w:t>Craft a compelling origin story explaining why I teach AI and how my approach differs.</w:t>
      </w:r>
    </w:p>
    <w:p>
      <w:r>
        <w:rPr>
          <w:b/>
        </w:rPr>
        <w:t>Business Benefits:</w:t>
        <w:br/>
      </w:r>
      <w:r>
        <w:t>A well-crafted origin story increases emotional connection with prospects by 300%, directly impacting conversion rates. Stories are remembered 22x more than facts alone, making your brand more memorable and referable.</w:t>
      </w:r>
    </w:p>
    <w:p>
      <w:r>
        <w:rPr>
          <w:b/>
        </w:rPr>
        <w:t>Recommended AI Tools:</w:t>
        <w:br/>
      </w:r>
      <w:r>
        <w:t>Claude 3.5 Sonnet (best for narrative storytelling), ChatGPT-4 (strong for structure and emotional hooks), Sudowrite (specialized for creative narrative development)</w:t>
      </w:r>
    </w:p>
    <w:p/>
    <w:p>
      <w:pPr>
        <w:pStyle w:val="Heading2"/>
      </w:pPr>
      <w:r>
        <w:t>Prompt 9: Thought Leadership Topics</w:t>
      </w:r>
    </w:p>
    <w:p>
      <w:r>
        <w:rPr>
          <w:b/>
        </w:rPr>
        <w:t>PROMPT</w:t>
        <w:br/>
      </w:r>
      <w:r>
        <w:t>Generate 10 thought leadership topics that address &lt;persona&gt;'s &lt;challenges&gt; and reinforce my &lt;USP&gt;.</w:t>
      </w:r>
    </w:p>
    <w:p>
      <w:r>
        <w:rPr>
          <w:b/>
        </w:rPr>
        <w:t>Business Benefits:</w:t>
        <w:br/>
      </w:r>
      <w:r>
        <w:t>Consistent thought leadership content generates 3-5 high-quality inbound leads monthly. It establishes expertise that shortens sales cycles and justifies premium pricing. Top-performing AI tutors attribute 40-60% of revenue to thought leadership content.</w:t>
      </w:r>
    </w:p>
    <w:p>
      <w:r>
        <w:rPr>
          <w:b/>
        </w:rPr>
        <w:t>Recommended AI Tools:</w:t>
        <w:br/>
      </w:r>
      <w:r>
        <w:t>Perplexity (best for trending topic research), ChatGPT-4 (strong for comprehensive topic ideation), Claude 3.5 Sonnet (excellent for unique angle development)</w:t>
      </w:r>
    </w:p>
    <w:p/>
    <w:p>
      <w:pPr>
        <w:pStyle w:val="Heading2"/>
      </w:pPr>
      <w:r>
        <w:t>Prompt 10: Content Pillars</w:t>
      </w:r>
    </w:p>
    <w:p>
      <w:r>
        <w:rPr>
          <w:b/>
        </w:rPr>
        <w:t>PROMPT</w:t>
        <w:br/>
      </w:r>
      <w:r>
        <w:t>Define 4-6 content pillars that consistently educate, build trust, and lead to paid AI Tutor offers.</w:t>
      </w:r>
    </w:p>
    <w:p>
      <w:r>
        <w:rPr>
          <w:b/>
        </w:rPr>
        <w:t>Business Benefits:</w:t>
        <w:br/>
      </w:r>
      <w:r>
        <w:t>Content pillars create a sustainable content production system that reduces creation time by 60%. They ensure every piece of content serves business objectives, improving content ROI by 200-400%.</w:t>
      </w:r>
    </w:p>
    <w:p>
      <w:r>
        <w:rPr>
          <w:b/>
        </w:rPr>
        <w:t>Recommended AI Tools:</w:t>
        <w:br/>
      </w:r>
      <w:r>
        <w:t>ChatGPT-4 (best for strategic content framework), Claude 3.5 Sonnet (excellent for audience-centric pillar development), Notion AI (useful for organizing pillar structures)</w:t>
      </w:r>
    </w:p>
    <w:p/>
    <w:p>
      <w:pPr>
        <w:pStyle w:val="Heading2"/>
      </w:pPr>
      <w:r>
        <w:t>Prompt 11: Educational Content Engine</w:t>
      </w:r>
    </w:p>
    <w:p>
      <w:r>
        <w:rPr>
          <w:b/>
        </w:rPr>
        <w:t>PROMPT</w:t>
        <w:br/>
      </w:r>
      <w:r>
        <w:t>Design a repeatable system for producing AI education content across short and long formats.</w:t>
      </w:r>
    </w:p>
    <w:p>
      <w:r>
        <w:rPr>
          <w:b/>
        </w:rPr>
        <w:t>Business Benefits:</w:t>
        <w:br/>
      </w:r>
      <w:r>
        <w:t>A systematic content engine enables consistent publishing (critical for algorithmic visibility) while reducing production time by 70%. It transforms content from a time drain into a predictable lead generation machine.</w:t>
      </w:r>
    </w:p>
    <w:p>
      <w:r>
        <w:rPr>
          <w:b/>
        </w:rPr>
        <w:t>Recommended AI Tools:</w:t>
        <w:br/>
      </w:r>
      <w:r>
        <w:t>ChatGPT-4 (best for system design), Claude 3.5 Sonnet (excellent for workflow optimization), Jasper (strong for content repurposing workflows)</w:t>
      </w:r>
    </w:p>
    <w:p/>
    <w:p>
      <w:pPr>
        <w:pStyle w:val="Heading2"/>
      </w:pPr>
      <w:r>
        <w:t>Prompt 12: Blogging Strategy</w:t>
      </w:r>
    </w:p>
    <w:p>
      <w:r>
        <w:rPr>
          <w:b/>
        </w:rPr>
        <w:t>PROMPT</w:t>
        <w:br/>
      </w:r>
      <w:r>
        <w:t>Create a blog strategy for AI education including article ideas, intent, and conversion goals.</w:t>
      </w:r>
    </w:p>
    <w:p>
      <w:r>
        <w:rPr>
          <w:b/>
        </w:rPr>
        <w:t>Business Benefits:</w:t>
        <w:br/>
      </w:r>
      <w:r>
        <w:t>A strategic blog generates 2-3x more organic traffic than random posting. SEO-optimized articles continue generating leads for years, creating compound returns on content investment. Top AI tutors see 30-50% of clients from organic search.</w:t>
      </w:r>
    </w:p>
    <w:p>
      <w:r>
        <w:rPr>
          <w:b/>
        </w:rPr>
        <w:t>Recommended AI Tools:</w:t>
        <w:br/>
      </w:r>
      <w:r>
        <w:t>Perplexity (essential for SEO keyword research), ChatGPT-4 (best for comprehensive strategy), Surfer SEO + ChatGPT (optimal for search-optimized content planning)</w:t>
      </w:r>
    </w:p>
    <w:p/>
    <w:p>
      <w:pPr>
        <w:pStyle w:val="Heading2"/>
      </w:pPr>
      <w:r>
        <w:t>Prompt 13: Video Education Strategy</w:t>
      </w:r>
    </w:p>
    <w:p>
      <w:r>
        <w:rPr>
          <w:b/>
        </w:rPr>
        <w:t>PROMPT</w:t>
        <w:br/>
      </w:r>
      <w:r>
        <w:t>Design a video strategy that teaches AI concepts clearly while positioning my services.</w:t>
      </w:r>
    </w:p>
    <w:p>
      <w:r>
        <w:rPr>
          <w:b/>
        </w:rPr>
        <w:t>Business Benefits:</w:t>
        <w:br/>
      </w:r>
      <w:r>
        <w:t>Video content builds trust 5x faster than text alone. YouTube is the second largest search engine - strategic video presence captures prospects at the research phase, generating qualified leads at $0 cost after initial production.</w:t>
      </w:r>
    </w:p>
    <w:p>
      <w:r>
        <w:rPr>
          <w:b/>
        </w:rPr>
        <w:t>Recommended AI Tools:</w:t>
        <w:br/>
      </w:r>
      <w:r>
        <w:t>ChatGPT-4 (best for video strategy frameworks), Claude 3.5 Sonnet (excellent for educational structure), VidIQ + ChatGPT (optimal for YouTube SEO strategy)</w:t>
      </w:r>
    </w:p>
    <w:p/>
    <w:p>
      <w:pPr>
        <w:pStyle w:val="Heading2"/>
      </w:pPr>
      <w:r>
        <w:t>Prompt 14: Social Media Strategy</w:t>
      </w:r>
    </w:p>
    <w:p>
      <w:r>
        <w:rPr>
          <w:b/>
        </w:rPr>
        <w:t>PROMPT</w:t>
        <w:br/>
      </w:r>
      <w:r>
        <w:t>Create a social media strategy focused on education, authority, and inbound leads for an AI Tutor business.</w:t>
      </w:r>
    </w:p>
    <w:p>
      <w:r>
        <w:rPr>
          <w:b/>
        </w:rPr>
        <w:t>Business Benefits:</w:t>
        <w:br/>
      </w:r>
      <w:r>
        <w:t>A focused social strategy generates 10-20 qualified conversations weekly. Educational content positions you as the obvious expert, eliminating price competition. LinkedIn alone can drive $100K+ annual revenue for B2B AI tutors.</w:t>
      </w:r>
    </w:p>
    <w:p>
      <w:r>
        <w:rPr>
          <w:b/>
        </w:rPr>
        <w:t>Recommended AI Tools:</w:t>
        <w:br/>
      </w:r>
      <w:r>
        <w:t>ChatGPT-4 (best for multi-platform strategy), Claude 3.5 Sonnet (excellent for engagement-focused content), Hootsuite Insights + AI (optimal for timing and trend optimization)</w:t>
      </w:r>
    </w:p>
    <w:p/>
    <w:p>
      <w:pPr>
        <w:pStyle w:val="Heading2"/>
      </w:pPr>
      <w:r>
        <w:t>Prompt 15: Email Marketing Strategy</w:t>
      </w:r>
    </w:p>
    <w:p>
      <w:r>
        <w:rPr>
          <w:b/>
        </w:rPr>
        <w:t>PROMPT</w:t>
        <w:br/>
      </w:r>
      <w:r>
        <w:t>Design an email strategy including welcome, education, authority, and conversion sequences.</w:t>
      </w:r>
    </w:p>
    <w:p>
      <w:r>
        <w:rPr>
          <w:b/>
        </w:rPr>
        <w:t>Business Benefits:</w:t>
        <w:br/>
      </w:r>
      <w:r>
        <w:t>Email marketing delivers $36-42 ROI for every $1 spent - the highest of any channel. Automated sequences nurture leads while you sleep, converting 15-25% of subscribers into paying clients over time.</w:t>
      </w:r>
    </w:p>
    <w:p>
      <w:r>
        <w:rPr>
          <w:b/>
        </w:rPr>
        <w:t>Recommended AI Tools:</w:t>
        <w:br/>
      </w:r>
      <w:r>
        <w:t>ChatGPT-4 (best for comprehensive email strategy), Claude 3.5 Sonnet (excellent for nurture sequence psychology), Lavender (specialized for email optimization)</w:t>
      </w:r>
    </w:p>
    <w:p/>
    <w:p>
      <w:pPr>
        <w:pStyle w:val="Heading2"/>
      </w:pPr>
      <w:r>
        <w:t>Prompt 16: Lead Magnet Ideas</w:t>
      </w:r>
    </w:p>
    <w:p>
      <w:r>
        <w:rPr>
          <w:b/>
        </w:rPr>
        <w:t>PROMPT</w:t>
        <w:br/>
      </w:r>
      <w:r>
        <w:t>Generate lead magnet ideas aligned with my &lt;persona&gt;'s &lt;challenges&gt;.</w:t>
      </w:r>
    </w:p>
    <w:p>
      <w:r>
        <w:rPr>
          <w:b/>
        </w:rPr>
        <w:t>Business Benefits:</w:t>
        <w:br/>
      </w:r>
      <w:r>
        <w:t>High-converting lead magnets capture 20-40% of website visitors as leads. The right lead magnet pre-sells your services, shortening the path from subscriber to client by 50-70%.</w:t>
      </w:r>
    </w:p>
    <w:p>
      <w:r>
        <w:rPr>
          <w:b/>
        </w:rPr>
        <w:t>Recommended AI Tools:</w:t>
        <w:br/>
      </w:r>
      <w:r>
        <w:t>ChatGPT-4 (best for diverse lead magnet ideation), Claude 3.5 Sonnet (excellent for value-first magnet design), Canva AI + ChatGPT (optimal for visual magnet creation)</w:t>
      </w:r>
    </w:p>
    <w:p/>
    <w:p>
      <w:pPr>
        <w:pStyle w:val="Heading2"/>
      </w:pPr>
      <w:r>
        <w:t>Prompt 17: Lead Nurturing System</w:t>
      </w:r>
    </w:p>
    <w:p>
      <w:r>
        <w:rPr>
          <w:b/>
        </w:rPr>
        <w:t>PROMPT</w:t>
        <w:br/>
      </w:r>
      <w:r>
        <w:t>Create a lead nurturing journey that turns AI-curious leads into paying clients.</w:t>
      </w:r>
    </w:p>
    <w:p>
      <w:r>
        <w:rPr>
          <w:b/>
        </w:rPr>
        <w:t>Business Benefits:</w:t>
        <w:br/>
      </w:r>
      <w:r>
        <w:t>Proper lead nurturing increases conversion rates by 50% while reducing sales effort. Automated nurturing systems handle 80% of the relationship-building work, freeing you to focus on delivery and high-value interactions.</w:t>
      </w:r>
    </w:p>
    <w:p>
      <w:r>
        <w:rPr>
          <w:b/>
        </w:rPr>
        <w:t>Recommended AI Tools:</w:t>
        <w:br/>
      </w:r>
      <w:r>
        <w:t>Claude 3.5 Sonnet (best for journey mapping), ChatGPT-4 (strong for automation workflows), HubSpot AI + ChatGPT (optimal for CRM-integrated nurturing)</w:t>
      </w:r>
    </w:p>
    <w:p/>
    <w:p>
      <w:pPr>
        <w:pStyle w:val="Heading2"/>
      </w:pPr>
      <w:r>
        <w:t>Prompt 18: Webinar Strategy</w:t>
      </w:r>
    </w:p>
    <w:p>
      <w:r>
        <w:rPr>
          <w:b/>
        </w:rPr>
        <w:t>PROMPT</w:t>
        <w:br/>
      </w:r>
      <w:r>
        <w:t>Design an educational webinar strategy that sells without hype.</w:t>
      </w:r>
    </w:p>
    <w:p>
      <w:r>
        <w:rPr>
          <w:b/>
        </w:rPr>
        <w:t>Business Benefits:</w:t>
        <w:br/>
      </w:r>
      <w:r>
        <w:t>Educational webinars convert at 15-30% (vs 2-5% for sales pages). A single successful webinar can generate $10K-$50K in revenue. The format positions you as an expert while creating urgency and social proof simultaneously.</w:t>
      </w:r>
    </w:p>
    <w:p>
      <w:r>
        <w:rPr>
          <w:b/>
        </w:rPr>
        <w:t>Recommended AI Tools:</w:t>
        <w:br/>
      </w:r>
      <w:r>
        <w:t>ChatGPT-4 (best for webinar structure), Claude 3.5 Sonnet (excellent for educational selling), Jasper (strong for webinar script writing)</w:t>
      </w:r>
    </w:p>
    <w:p/>
    <w:p>
      <w:pPr>
        <w:pStyle w:val="Heading2"/>
      </w:pPr>
      <w:r>
        <w:t>Prompt 19: Case Study Framework</w:t>
      </w:r>
    </w:p>
    <w:p>
      <w:r>
        <w:rPr>
          <w:b/>
        </w:rPr>
        <w:t>PROMPT</w:t>
        <w:br/>
      </w:r>
      <w:r>
        <w:t>Create a case study framework for showcasing AI Tutor client results.</w:t>
      </w:r>
    </w:p>
    <w:p>
      <w:r>
        <w:rPr>
          <w:b/>
        </w:rPr>
        <w:t>Business Benefits:</w:t>
        <w:br/>
      </w:r>
      <w:r>
        <w:t>Case studies with specific results increase conversion rates by 70-100%. They provide the social proof prospects need to justify premium pricing. A library of 5-10 strong case studies can become your most powerful sales asset.</w:t>
      </w:r>
    </w:p>
    <w:p>
      <w:r>
        <w:rPr>
          <w:b/>
        </w:rPr>
        <w:t>Recommended AI Tools:</w:t>
        <w:br/>
      </w:r>
      <w:r>
        <w:t>Claude 3.5 Sonnet (best for narrative case studies), ChatGPT-4 (strong for results-focused frameworks), Notion AI (useful for case study templates)</w:t>
      </w:r>
    </w:p>
    <w:p/>
    <w:p>
      <w:pPr>
        <w:pStyle w:val="Heading2"/>
      </w:pPr>
      <w:r>
        <w:t>Prompt 20: Sales Messaging</w:t>
      </w:r>
    </w:p>
    <w:p>
      <w:r>
        <w:rPr>
          <w:b/>
        </w:rPr>
        <w:t>PROMPT</w:t>
        <w:br/>
      </w:r>
      <w:r>
        <w:t>Craft ethical, clear sales messaging addressing fear, hesitation, and outcomes.</w:t>
      </w:r>
    </w:p>
    <w:p>
      <w:r>
        <w:rPr>
          <w:b/>
        </w:rPr>
        <w:t>Business Benefits:</w:t>
        <w:br/>
      </w:r>
      <w:r>
        <w:t>Ethical sales messaging that addresses objections proactively increases conversion by 40-60%. It builds trust rather than eroding it, leading to higher client satisfaction and 2-3x more referrals.</w:t>
      </w:r>
    </w:p>
    <w:p>
      <w:r>
        <w:rPr>
          <w:b/>
        </w:rPr>
        <w:t>Recommended AI Tools:</w:t>
        <w:br/>
      </w:r>
      <w:r>
        <w:t>Claude 3.5 Sonnet (best for trust-based selling), ChatGPT-4 (strong for objection handling), Jasper (excellent for conversion copy optimization)</w:t>
      </w:r>
    </w:p>
    <w:p/>
    <w:p>
      <w:pPr>
        <w:pStyle w:val="Heading2"/>
      </w:pPr>
      <w:r>
        <w:t>Prompt 21: Discovery Call Framework</w:t>
      </w:r>
    </w:p>
    <w:p>
      <w:r>
        <w:rPr>
          <w:b/>
        </w:rPr>
        <w:t>PROMPT</w:t>
        <w:br/>
      </w:r>
      <w:r>
        <w:t>Design a discovery call structure for qualifying and converting AI Tutor clients.</w:t>
      </w:r>
    </w:p>
    <w:p>
      <w:r>
        <w:rPr>
          <w:b/>
        </w:rPr>
        <w:t>Business Benefits:</w:t>
        <w:br/>
      </w:r>
      <w:r>
        <w:t>A structured discovery call framework increases close rates from 20% to 50-60%. It ensures you only invest time with qualified prospects while creating a professional impression that justifies premium pricing.</w:t>
      </w:r>
    </w:p>
    <w:p>
      <w:r>
        <w:rPr>
          <w:b/>
        </w:rPr>
        <w:t>Recommended AI Tools:</w:t>
        <w:br/>
      </w:r>
      <w:r>
        <w:t>ChatGPT-4 (best for call structure), Claude 3.5 Sonnet (excellent for qualification questions), Gong.io + AI (optimal for call analysis and optimization)</w:t>
      </w:r>
    </w:p>
    <w:p/>
    <w:p>
      <w:pPr>
        <w:pStyle w:val="Heading2"/>
      </w:pPr>
      <w:r>
        <w:t>Prompt 22: Objection Handling</w:t>
      </w:r>
    </w:p>
    <w:p>
      <w:r>
        <w:rPr>
          <w:b/>
        </w:rPr>
        <w:t>PROMPT</w:t>
        <w:br/>
      </w:r>
      <w:r>
        <w:t>List common objections to AI tutoring and provide structured responses.</w:t>
      </w:r>
    </w:p>
    <w:p>
      <w:r>
        <w:rPr>
          <w:b/>
        </w:rPr>
        <w:t>Business Benefits:</w:t>
        <w:br/>
      </w:r>
      <w:r>
        <w:t>Prepared objection handling increases close rates by 25-35%. It prevents prospects from going silent when concerns arise. Documented responses enable team members to sell as effectively as you do.</w:t>
      </w:r>
    </w:p>
    <w:p>
      <w:r>
        <w:rPr>
          <w:b/>
        </w:rPr>
        <w:t>Recommended AI Tools:</w:t>
        <w:br/>
      </w:r>
      <w:r>
        <w:t>ChatGPT-4 (best for comprehensive objection coverage), Claude 3.5 Sonnet (excellent for empathetic responses), SalesLoft + AI (optimal for sales enablement integration)</w:t>
      </w:r>
    </w:p>
    <w:p/>
    <w:p>
      <w:pPr>
        <w:pStyle w:val="Heading2"/>
      </w:pPr>
      <w:r>
        <w:t>Prompt 23: Pricing Strategy</w:t>
      </w:r>
    </w:p>
    <w:p>
      <w:r>
        <w:rPr>
          <w:b/>
        </w:rPr>
        <w:t>PROMPT</w:t>
        <w:br/>
      </w:r>
      <w:r>
        <w:t>Develop a pricing strategy aligned with perceived value and outcomes.</w:t>
      </w:r>
    </w:p>
    <w:p>
      <w:r>
        <w:rPr>
          <w:b/>
        </w:rPr>
        <w:t>Business Benefits:</w:t>
        <w:br/>
      </w:r>
      <w:r>
        <w:t>Value-based pricing typically increases revenue by 50-200% compared to hourly rates. The right pricing strategy attracts better clients who value results over cost, reducing scope creep and increasing satisfaction.</w:t>
      </w:r>
    </w:p>
    <w:p>
      <w:r>
        <w:rPr>
          <w:b/>
        </w:rPr>
        <w:t>Recommended AI Tools:</w:t>
        <w:br/>
      </w:r>
      <w:r>
        <w:t>Claude 3.5 Sonnet (best for value-based pricing psychology), ChatGPT-4 (strong for pricing model options), ProfitWell + AI (optimal for pricing optimization analysis)</w:t>
      </w:r>
    </w:p>
    <w:p/>
    <w:p>
      <w:pPr>
        <w:pStyle w:val="Heading2"/>
      </w:pPr>
      <w:r>
        <w:t>Prompt 24: Client Onboarding System</w:t>
      </w:r>
    </w:p>
    <w:p>
      <w:r>
        <w:rPr>
          <w:b/>
        </w:rPr>
        <w:t>PROMPT</w:t>
        <w:br/>
      </w:r>
      <w:r>
        <w:t>Design a smooth onboarding experience for new AI Tutor clients.</w:t>
      </w:r>
    </w:p>
    <w:p>
      <w:r>
        <w:rPr>
          <w:b/>
        </w:rPr>
        <w:t>Business Benefits:</w:t>
        <w:br/>
      </w:r>
      <w:r>
        <w:t>Excellent onboarding increases client retention by 40-60% and reduces early churn. It sets expectations that prevent scope creep and creates the foundation for testimonials and referrals.</w:t>
      </w:r>
    </w:p>
    <w:p>
      <w:r>
        <w:rPr>
          <w:b/>
        </w:rPr>
        <w:t>Recommended AI Tools:</w:t>
        <w:br/>
      </w:r>
      <w:r>
        <w:t>ChatGPT-4 (best for comprehensive onboarding design), Claude 3.5 Sonnet (excellent for client experience mapping), Notion AI (optimal for documentation and SOPs)</w:t>
      </w:r>
    </w:p>
    <w:p/>
    <w:p>
      <w:pPr>
        <w:pStyle w:val="Heading2"/>
      </w:pPr>
      <w:r>
        <w:t>Prompt 25: Client Retention Strategy</w:t>
      </w:r>
    </w:p>
    <w:p>
      <w:r>
        <w:rPr>
          <w:b/>
        </w:rPr>
        <w:t>PROMPT</w:t>
        <w:br/>
      </w:r>
      <w:r>
        <w:t>Create a retention strategy that increases lifetime value and referrals.</w:t>
      </w:r>
    </w:p>
    <w:p>
      <w:r>
        <w:rPr>
          <w:b/>
        </w:rPr>
        <w:t>Business Benefits:</w:t>
        <w:br/>
      </w:r>
      <w:r>
        <w:t>Improving retention by just 5% increases profits by 25-95%. A systematic retention strategy transforms one-time clients into recurring revenue and referral sources worth 5-10x their initial value.</w:t>
      </w:r>
    </w:p>
    <w:p>
      <w:r>
        <w:rPr>
          <w:b/>
        </w:rPr>
        <w:t>Recommended AI Tools:</w:t>
        <w:br/>
      </w:r>
      <w:r>
        <w:t>Claude 3.5 Sonnet (best for relationship-focused retention), ChatGPT-4 (strong for systematic approaches), ChurnZero + AI (optimal for data-driven retention)</w:t>
      </w:r>
    </w:p>
    <w:p/>
    <w:p>
      <w:pPr>
        <w:pStyle w:val="Heading2"/>
      </w:pPr>
      <w:r>
        <w:t>Prompt 26: Client Success Milestones</w:t>
      </w:r>
    </w:p>
    <w:p>
      <w:r>
        <w:rPr>
          <w:b/>
        </w:rPr>
        <w:t>PROMPT</w:t>
        <w:br/>
      </w:r>
      <w:r>
        <w:t>Define learning milestones and progress tracking systems.</w:t>
      </w:r>
    </w:p>
    <w:p>
      <w:r>
        <w:rPr>
          <w:b/>
        </w:rPr>
        <w:t>Business Benefits:</w:t>
        <w:br/>
      </w:r>
      <w:r>
        <w:t>Clear milestones increase client satisfaction and completion rates by 50-70%. They provide natural upsell opportunities and create case study moments. Progress visibility justifies ongoing investment in your services.</w:t>
      </w:r>
    </w:p>
    <w:p>
      <w:r>
        <w:rPr>
          <w:b/>
        </w:rPr>
        <w:t>Recommended AI Tools:</w:t>
        <w:br/>
      </w:r>
      <w:r>
        <w:t>ChatGPT-4 (best for milestone framework design), Claude 3.5 Sonnet (excellent for learning path optimization), Skilljar + AI (optimal for LMS-integrated tracking)</w:t>
      </w:r>
    </w:p>
    <w:p/>
    <w:p>
      <w:pPr>
        <w:pStyle w:val="Heading2"/>
      </w:pPr>
      <w:r>
        <w:t>Prompt 27: Upsell &amp; Expansion Strategy</w:t>
      </w:r>
    </w:p>
    <w:p>
      <w:r>
        <w:rPr>
          <w:b/>
        </w:rPr>
        <w:t>PROMPT</w:t>
        <w:br/>
      </w:r>
      <w:r>
        <w:t>Identify ethical upsell paths for existing clients.</w:t>
      </w:r>
    </w:p>
    <w:p>
      <w:r>
        <w:rPr>
          <w:b/>
        </w:rPr>
        <w:t>Business Benefits:</w:t>
        <w:br/>
      </w:r>
      <w:r>
        <w:t>Upselling to existing clients costs 5-10x less than acquiring new ones. A systematic upsell strategy can increase average client value by 100-300% without additional marketing spend.</w:t>
      </w:r>
    </w:p>
    <w:p>
      <w:r>
        <w:rPr>
          <w:b/>
        </w:rPr>
        <w:t>Recommended AI Tools:</w:t>
        <w:br/>
      </w:r>
      <w:r>
        <w:t>Claude 3.5 Sonnet (best for ethical upsell design), ChatGPT-4 (strong for expansion opportunity mapping), Gainsight + AI (optimal for customer success integration)</w:t>
      </w:r>
    </w:p>
    <w:p/>
    <w:p>
      <w:pPr>
        <w:pStyle w:val="Heading2"/>
      </w:pPr>
      <w:r>
        <w:t>Prompt 28: Referral System</w:t>
      </w:r>
    </w:p>
    <w:p>
      <w:r>
        <w:rPr>
          <w:b/>
        </w:rPr>
        <w:t>PROMPT</w:t>
        <w:br/>
      </w:r>
      <w:r>
        <w:t>Design a referral system that encourages satisfied clients to promote services.</w:t>
      </w:r>
    </w:p>
    <w:p>
      <w:r>
        <w:rPr>
          <w:b/>
        </w:rPr>
        <w:t>Business Benefits:</w:t>
        <w:br/>
      </w:r>
      <w:r>
        <w:t>Referred clients convert at 4x the rate of cold leads and have 16% higher lifetime value. A systematic referral program can generate 30-50% of new business with near-zero acquisition cost.</w:t>
      </w:r>
    </w:p>
    <w:p>
      <w:r>
        <w:rPr>
          <w:b/>
        </w:rPr>
        <w:t>Recommended AI Tools:</w:t>
        <w:br/>
      </w:r>
      <w:r>
        <w:t>ChatGPT-4 (best for referral program design), Claude 3.5 Sonnet (excellent for incentive psychology), ReferralCandy + AI (optimal for program automation)</w:t>
      </w:r>
    </w:p>
    <w:p/>
    <w:p>
      <w:pPr>
        <w:pStyle w:val="Heading2"/>
      </w:pPr>
      <w:r>
        <w:t>Prompt 29: Community Building</w:t>
      </w:r>
    </w:p>
    <w:p>
      <w:r>
        <w:rPr>
          <w:b/>
        </w:rPr>
        <w:t>PROMPT</w:t>
        <w:br/>
      </w:r>
      <w:r>
        <w:t>Create a community strategy around AI learning and accountability.</w:t>
      </w:r>
    </w:p>
    <w:p>
      <w:r>
        <w:rPr>
          <w:b/>
        </w:rPr>
        <w:t>Business Benefits:</w:t>
        <w:br/>
      </w:r>
      <w:r>
        <w:t>A thriving community increases retention by 50-70% and creates a moat competitors cannot copy. Communities generate content, provide support, and become your most powerful marketing channel through word-of-mouth.</w:t>
      </w:r>
    </w:p>
    <w:p>
      <w:r>
        <w:rPr>
          <w:b/>
        </w:rPr>
        <w:t>Recommended AI Tools:</w:t>
        <w:br/>
      </w:r>
      <w:r>
        <w:t>Claude 3.5 Sonnet (best for community experience design), ChatGPT-4 (strong for engagement strategies), Circle/Mighty Networks + AI (optimal for platform integration)</w:t>
      </w:r>
    </w:p>
    <w:p/>
    <w:p>
      <w:pPr>
        <w:pStyle w:val="Heading2"/>
      </w:pPr>
      <w:r>
        <w:t>Prompt 30: Corporate AI Tutor Offer</w:t>
      </w:r>
    </w:p>
    <w:p>
      <w:r>
        <w:rPr>
          <w:b/>
        </w:rPr>
        <w:t>PROMPT</w:t>
        <w:br/>
      </w:r>
      <w:r>
        <w:t>Adapt services for teams and organisations.</w:t>
      </w:r>
    </w:p>
    <w:p>
      <w:r>
        <w:rPr>
          <w:b/>
        </w:rPr>
        <w:t>Business Benefits:</w:t>
        <w:br/>
      </w:r>
      <w:r>
        <w:t>Corporate clients pay 5-10x individual rates and provide predictable recurring revenue. A single corporate contract can replace 10-20 individual clients with less administrative overhead.</w:t>
      </w:r>
    </w:p>
    <w:p>
      <w:r>
        <w:rPr>
          <w:b/>
        </w:rPr>
        <w:t>Recommended AI Tools:</w:t>
        <w:br/>
      </w:r>
      <w:r>
        <w:t>ChatGPT-4 (best for B2B offer design), Claude 3.5 Sonnet (excellent for enterprise value propositions), LinkedIn Sales Navigator + AI (optimal for corporate prospecting)</w:t>
      </w:r>
    </w:p>
    <w:p/>
    <w:p>
      <w:pPr>
        <w:pStyle w:val="Heading2"/>
      </w:pPr>
      <w:r>
        <w:t>Prompt 31: Corporate Sales Messaging</w:t>
      </w:r>
    </w:p>
    <w:p>
      <w:r>
        <w:rPr>
          <w:b/>
        </w:rPr>
        <w:t>PROMPT</w:t>
        <w:br/>
      </w:r>
      <w:r>
        <w:t>Create messaging tailored to leadership and decision-makers.</w:t>
      </w:r>
    </w:p>
    <w:p>
      <w:r>
        <w:rPr>
          <w:b/>
        </w:rPr>
        <w:t>Business Benefits:</w:t>
        <w:br/>
      </w:r>
      <w:r>
        <w:t>Leadership-focused messaging increases corporate close rates by 40-60%. It speaks the language of ROI and business outcomes that executives need to justify purchases, accelerating approval processes.</w:t>
      </w:r>
    </w:p>
    <w:p>
      <w:r>
        <w:rPr>
          <w:b/>
        </w:rPr>
        <w:t>Recommended AI Tools:</w:t>
        <w:br/>
      </w:r>
      <w:r>
        <w:t>Claude 3.5 Sonnet (best for executive messaging), ChatGPT-4 (strong for stakeholder-specific variations), Salesforce Einstein + AI (optimal for ABM messaging)</w:t>
      </w:r>
    </w:p>
    <w:p/>
    <w:p>
      <w:pPr>
        <w:pStyle w:val="Heading2"/>
      </w:pPr>
      <w:r>
        <w:t>Prompt 32: Certification Opportunities</w:t>
      </w:r>
    </w:p>
    <w:p>
      <w:r>
        <w:rPr>
          <w:b/>
        </w:rPr>
        <w:t>PROMPT</w:t>
        <w:br/>
      </w:r>
      <w:r>
        <w:t>Design certification or accreditation pathways.</w:t>
      </w:r>
    </w:p>
    <w:p>
      <w:r>
        <w:rPr>
          <w:b/>
        </w:rPr>
        <w:t>Business Benefits:</w:t>
        <w:br/>
      </w:r>
      <w:r>
        <w:t>Certification programs create recurring revenue streams worth $50K-$500K annually. They position you as the industry standard and create a pipeline of certified advocates who promote your methodology.</w:t>
      </w:r>
    </w:p>
    <w:p>
      <w:r>
        <w:rPr>
          <w:b/>
        </w:rPr>
        <w:t>Recommended AI Tools:</w:t>
        <w:br/>
      </w:r>
      <w:r>
        <w:t>ChatGPT-4 (best for certification framework design), Claude 3.5 Sonnet (excellent for curriculum structure), Accredible + AI (optimal for credential management)</w:t>
      </w:r>
    </w:p>
    <w:p/>
    <w:p>
      <w:pPr>
        <w:pStyle w:val="Heading2"/>
      </w:pPr>
      <w:r>
        <w:t>Prompt 33: Productised Services</w:t>
      </w:r>
    </w:p>
    <w:p>
      <w:r>
        <w:rPr>
          <w:b/>
        </w:rPr>
        <w:t>PROMPT</w:t>
        <w:br/>
      </w:r>
      <w:r>
        <w:t>Identify ways to productise AI Tutor expertise.</w:t>
      </w:r>
    </w:p>
    <w:p>
      <w:r>
        <w:rPr>
          <w:b/>
        </w:rPr>
        <w:t>Business Benefits:</w:t>
        <w:br/>
      </w:r>
      <w:r>
        <w:t>Productised services scale beyond time-for-money limitations, creating passive income streams. They reduce sales friction with clear deliverables and pricing, increasing conversion rates by 30-50%.</w:t>
      </w:r>
    </w:p>
    <w:p>
      <w:r>
        <w:rPr>
          <w:b/>
        </w:rPr>
        <w:t>Recommended AI Tools:</w:t>
        <w:br/>
      </w:r>
      <w:r>
        <w:t>ChatGPT-4 (best for productization ideation), Claude 3.5 Sonnet (excellent for service design), Productboard + AI (optimal for product management)</w:t>
      </w:r>
    </w:p>
    <w:p/>
    <w:p>
      <w:pPr>
        <w:pStyle w:val="Heading2"/>
      </w:pPr>
      <w:r>
        <w:t>Prompt 34: Automation Strategy</w:t>
      </w:r>
    </w:p>
    <w:p>
      <w:r>
        <w:rPr>
          <w:b/>
        </w:rPr>
        <w:t>PROMPT</w:t>
        <w:br/>
      </w:r>
      <w:r>
        <w:t>Design a simple automation system for marketing and delivery.</w:t>
      </w:r>
    </w:p>
    <w:p>
      <w:r>
        <w:rPr>
          <w:b/>
        </w:rPr>
        <w:t>Business Benefits:</w:t>
        <w:br/>
      </w:r>
      <w:r>
        <w:t>Strategic automation reduces operational time by 50-70% while improving consistency. It frees you to focus on high-value activities that grow revenue rather than administrative tasks that drain energy.</w:t>
      </w:r>
    </w:p>
    <w:p>
      <w:r>
        <w:rPr>
          <w:b/>
        </w:rPr>
        <w:t>Recommended AI Tools:</w:t>
        <w:br/>
      </w:r>
      <w:r>
        <w:t>ChatGPT-4 (best for automation workflow design), Claude 3.5 Sonnet (excellent for process optimization), Zapier/Make + AI (optimal for no-code automation)</w:t>
      </w:r>
    </w:p>
    <w:p/>
    <w:p>
      <w:pPr>
        <w:pStyle w:val="Heading2"/>
      </w:pPr>
      <w:r>
        <w:t>Prompt 35: Tech Stack</w:t>
      </w:r>
    </w:p>
    <w:p>
      <w:r>
        <w:rPr>
          <w:b/>
        </w:rPr>
        <w:t>PROMPT</w:t>
        <w:br/>
      </w:r>
      <w:r>
        <w:t>Recommend a lean tech stack for running an AI Tutor business.</w:t>
      </w:r>
    </w:p>
    <w:p>
      <w:r>
        <w:rPr>
          <w:b/>
        </w:rPr>
        <w:t>Business Benefits:</w:t>
        <w:br/>
      </w:r>
      <w:r>
        <w:t>The right tech stack reduces monthly costs by 30-50% while improving functionality. It prevents the common trap of over-tooling that adds complexity without adding value, keeping operations lean and profitable.</w:t>
      </w:r>
    </w:p>
    <w:p>
      <w:r>
        <w:rPr>
          <w:b/>
        </w:rPr>
        <w:t>Recommended AI Tools:</w:t>
        <w:br/>
      </w:r>
      <w:r>
        <w:t>ChatGPT-4 (best for comprehensive tech recommendations), Perplexity (excellent for current tool reviews), G2 + AI (optimal for comparative analysis)</w:t>
      </w:r>
    </w:p>
    <w:p/>
    <w:p>
      <w:pPr>
        <w:pStyle w:val="Heading2"/>
      </w:pPr>
      <w:r>
        <w:t>Prompt 36: Skills Roadmap</w:t>
      </w:r>
    </w:p>
    <w:p>
      <w:r>
        <w:rPr>
          <w:b/>
        </w:rPr>
        <w:t>PROMPT</w:t>
        <w:br/>
      </w:r>
      <w:r>
        <w:t>Create a skills development roadmap for becoming elite as an AI Tutor.</w:t>
      </w:r>
    </w:p>
    <w:p>
      <w:r>
        <w:rPr>
          <w:b/>
        </w:rPr>
        <w:t>Business Benefits:</w:t>
        <w:br/>
      </w:r>
      <w:r>
        <w:t>A clear skills roadmap accelerates professional development by 2-3x. It ensures you invest time in high-impact capabilities that increase earning potential rather than trendy but low-value skills.</w:t>
      </w:r>
    </w:p>
    <w:p>
      <w:r>
        <w:rPr>
          <w:b/>
        </w:rPr>
        <w:t>Recommended AI Tools:</w:t>
        <w:br/>
      </w:r>
      <w:r>
        <w:t>Claude 3.5 Sonnet (best for learning path design), ChatGPT-4 (strong for skill prioritization), Coursera/edX + AI (optimal for course recommendations)</w:t>
      </w:r>
    </w:p>
    <w:p/>
    <w:p>
      <w:pPr>
        <w:pStyle w:val="Heading2"/>
      </w:pPr>
      <w:r>
        <w:t>Prompt 37: Time Leverage Strategy</w:t>
      </w:r>
    </w:p>
    <w:p>
      <w:r>
        <w:rPr>
          <w:b/>
        </w:rPr>
        <w:t>PROMPT</w:t>
        <w:br/>
      </w:r>
      <w:r>
        <w:t>Identify leverage points to reduce time-for-money trade-offs.</w:t>
      </w:r>
    </w:p>
    <w:p>
      <w:r>
        <w:rPr>
          <w:b/>
        </w:rPr>
        <w:t>Business Benefits:</w:t>
        <w:br/>
      </w:r>
      <w:r>
        <w:t>Time leverage strategies can double or triple effective hourly rates without raising prices. They create capacity for growth without burnout, enabling sustainable scaling of your AI tutor business.</w:t>
      </w:r>
    </w:p>
    <w:p>
      <w:r>
        <w:rPr>
          <w:b/>
        </w:rPr>
        <w:t>Recommended AI Tools:</w:t>
        <w:br/>
      </w:r>
      <w:r>
        <w:t>Claude 3.5 Sonnet (best for leverage analysis), ChatGPT-4 (strong for delegation frameworks), Toggl/RescueTime + AI (optimal for time analysis)</w:t>
      </w:r>
    </w:p>
    <w:p/>
    <w:p>
      <w:pPr>
        <w:pStyle w:val="Heading2"/>
      </w:pPr>
      <w:r>
        <w:t>Prompt 38: Personal Brand Growth</w:t>
      </w:r>
    </w:p>
    <w:p>
      <w:r>
        <w:rPr>
          <w:b/>
        </w:rPr>
        <w:t>PROMPT</w:t>
        <w:br/>
      </w:r>
      <w:r>
        <w:t>Develop a long-term personal brand growth plan.</w:t>
      </w:r>
    </w:p>
    <w:p>
      <w:r>
        <w:rPr>
          <w:b/>
        </w:rPr>
        <w:t>Business Benefits:</w:t>
        <w:br/>
      </w:r>
      <w:r>
        <w:t>A strong personal brand reduces customer acquisition costs by 50-70% and enables premium pricing. It creates opportunities (speaking, partnerships, media) that compound over time into significant business value.</w:t>
      </w:r>
    </w:p>
    <w:p>
      <w:r>
        <w:rPr>
          <w:b/>
        </w:rPr>
        <w:t>Recommended AI Tools:</w:t>
        <w:br/>
      </w:r>
      <w:r>
        <w:t>ChatGPT-4 (best for comprehensive brand strategy), Claude 3.5 Sonnet (excellent for authentic positioning), Brand24 + AI (optimal for brand monitoring)</w:t>
      </w:r>
    </w:p>
    <w:p/>
    <w:p>
      <w:pPr>
        <w:pStyle w:val="Heading2"/>
      </w:pPr>
      <w:r>
        <w:t>Prompt 39: Content Repurposing System</w:t>
      </w:r>
    </w:p>
    <w:p>
      <w:r>
        <w:rPr>
          <w:b/>
        </w:rPr>
        <w:t>PROMPT</w:t>
        <w:br/>
      </w:r>
      <w:r>
        <w:t>Create a system to repurpose content across platforms.</w:t>
      </w:r>
    </w:p>
    <w:p>
      <w:r>
        <w:rPr>
          <w:b/>
        </w:rPr>
        <w:t>Business Benefits:</w:t>
        <w:br/>
      </w:r>
      <w:r>
        <w:t>Content repurposing multiplies content ROI by 3-5x. A single piece of cornerstone content can fuel an entire month of social media, email, and blog content with minimal additional effort.</w:t>
      </w:r>
    </w:p>
    <w:p>
      <w:r>
        <w:rPr>
          <w:b/>
        </w:rPr>
        <w:t>Recommended AI Tools:</w:t>
        <w:br/>
      </w:r>
      <w:r>
        <w:t>ChatGPT-4 (best for repurposing workflows), Jasper (excellent for multi-format adaptation), Repurpose.io + AI (optimal for distribution automation)</w:t>
      </w:r>
    </w:p>
    <w:p/>
    <w:p>
      <w:pPr>
        <w:pStyle w:val="Heading2"/>
      </w:pPr>
      <w:r>
        <w:t>Prompt 40: Metrics &amp; KPIs</w:t>
      </w:r>
    </w:p>
    <w:p>
      <w:r>
        <w:rPr>
          <w:b/>
        </w:rPr>
        <w:t>PROMPT</w:t>
        <w:br/>
      </w:r>
      <w:r>
        <w:t>Define KPIs to track growth, authority, and revenue.</w:t>
      </w:r>
    </w:p>
    <w:p>
      <w:r>
        <w:rPr>
          <w:b/>
        </w:rPr>
        <w:t>Business Benefits:</w:t>
        <w:br/>
      </w:r>
      <w:r>
        <w:t>The right metrics prevent wasted effort on low-impact activities. They provide early warning signals when strategies need adjustment, preventing months of misdirected effort and lost revenue.</w:t>
      </w:r>
    </w:p>
    <w:p>
      <w:r>
        <w:rPr>
          <w:b/>
        </w:rPr>
        <w:t>Recommended AI Tools:</w:t>
        <w:br/>
      </w:r>
      <w:r>
        <w:t>ChatGPT-4 (best for KPI framework design), Claude 3.5 Sonnet (excellent for meaningful metric selection), Google Analytics 4 + AI (optimal for tracking implementation)</w:t>
      </w:r>
    </w:p>
    <w:p/>
    <w:p>
      <w:pPr>
        <w:pStyle w:val="Heading2"/>
      </w:pPr>
      <w:r>
        <w:t>Prompt 41: Marketing Dashboard</w:t>
      </w:r>
    </w:p>
    <w:p>
      <w:r>
        <w:rPr>
          <w:b/>
        </w:rPr>
        <w:t>PROMPT</w:t>
        <w:br/>
      </w:r>
      <w:r>
        <w:t>Design a simple performance dashboard.</w:t>
      </w:r>
    </w:p>
    <w:p>
      <w:r>
        <w:rPr>
          <w:b/>
        </w:rPr>
        <w:t>Business Benefits:</w:t>
        <w:br/>
      </w:r>
      <w:r>
        <w:t>A well-designed dashboard provides visibility into business health in under 5 minutes daily. It enables data-driven decisions that improve marketing ROI by 30-50% through continuous optimization.</w:t>
      </w:r>
    </w:p>
    <w:p>
      <w:r>
        <w:rPr>
          <w:b/>
        </w:rPr>
        <w:t>Recommended AI Tools:</w:t>
        <w:br/>
      </w:r>
      <w:r>
        <w:t>ChatGPT-4 (best for dashboard design), Claude 3.5 Sonnet (excellent for visualization recommendations), Google Data Studio + AI (optimal for dashboard creation)</w:t>
      </w:r>
    </w:p>
    <w:p/>
    <w:p>
      <w:pPr>
        <w:pStyle w:val="Heading2"/>
      </w:pPr>
      <w:r>
        <w:t>Prompt 42: Experimentation Framework</w:t>
      </w:r>
    </w:p>
    <w:p>
      <w:r>
        <w:rPr>
          <w:b/>
        </w:rPr>
        <w:t>PROMPT</w:t>
        <w:br/>
      </w:r>
      <w:r>
        <w:t>Create a testing framework for messaging and offers.</w:t>
      </w:r>
    </w:p>
    <w:p>
      <w:r>
        <w:rPr>
          <w:b/>
        </w:rPr>
        <w:t>Business Benefits:</w:t>
        <w:br/>
      </w:r>
      <w:r>
        <w:t>Systematic experimentation typically improves conversion rates by 50-100% over 12 months. It replaces guesswork with evidence, reducing risk while accelerating learning and growth.</w:t>
      </w:r>
    </w:p>
    <w:p>
      <w:r>
        <w:rPr>
          <w:b/>
        </w:rPr>
        <w:t>Recommended AI Tools:</w:t>
        <w:br/>
      </w:r>
      <w:r>
        <w:t>ChatGPT-4 (best for experimental design), Claude 3.5 Sonnet (excellent for hypothesis development), Optimizely/VWO + AI (optimal for testing implementation)</w:t>
      </w:r>
    </w:p>
    <w:p/>
    <w:p>
      <w:pPr>
        <w:pStyle w:val="Heading2"/>
      </w:pPr>
      <w:r>
        <w:t>Prompt 43: Risk Management</w:t>
      </w:r>
    </w:p>
    <w:p>
      <w:r>
        <w:rPr>
          <w:b/>
        </w:rPr>
        <w:t>PROMPT</w:t>
        <w:br/>
      </w:r>
      <w:r>
        <w:t>Identify business and reputation risks and mitigation strategies.</w:t>
      </w:r>
    </w:p>
    <w:p>
      <w:r>
        <w:rPr>
          <w:b/>
        </w:rPr>
        <w:t>Business Benefits:</w:t>
        <w:br/>
      </w:r>
      <w:r>
        <w:t>Proactive risk management prevents catastrophic losses that end businesses. It provides peace of mind and enables confident decision-making, knowing contingencies are in place for likely scenarios.</w:t>
      </w:r>
    </w:p>
    <w:p>
      <w:r>
        <w:rPr>
          <w:b/>
        </w:rPr>
        <w:t>Recommended AI Tools:</w:t>
        <w:br/>
      </w:r>
      <w:r>
        <w:t>Claude 3.5 Sonnet (best for comprehensive risk analysis), ChatGPT-4 (strong for mitigation strategies), RiskWatch + AI (optimal for risk monitoring)</w:t>
      </w:r>
    </w:p>
    <w:p/>
    <w:p>
      <w:pPr>
        <w:pStyle w:val="Heading2"/>
      </w:pPr>
      <w:r>
        <w:t>Prompt 44: Scaling Strategy</w:t>
      </w:r>
    </w:p>
    <w:p>
      <w:r>
        <w:rPr>
          <w:b/>
        </w:rPr>
        <w:t>PROMPT</w:t>
        <w:br/>
      </w:r>
      <w:r>
        <w:t>Create a roadmap for scaling beyond solo delivery.</w:t>
      </w:r>
    </w:p>
    <w:p>
      <w:r>
        <w:rPr>
          <w:b/>
        </w:rPr>
        <w:t>Business Benefits:</w:t>
        <w:br/>
      </w:r>
      <w:r>
        <w:t>A clear scaling roadmap prevents the common plateau at $100K-$200K annual revenue. It provides confidence to invest in growth knowing each stage is planned and resourced appropriately.</w:t>
      </w:r>
    </w:p>
    <w:p>
      <w:r>
        <w:rPr>
          <w:b/>
        </w:rPr>
        <w:t>Recommended AI Tools:</w:t>
        <w:br/>
      </w:r>
      <w:r>
        <w:t>ChatGPT-4 (best for scaling frameworks), Claude 3.5 Sonnet (excellent for growth stage planning), Salesforce + AI (optimal for scaling operations)</w:t>
      </w:r>
    </w:p>
    <w:p/>
    <w:p>
      <w:pPr>
        <w:pStyle w:val="Heading2"/>
      </w:pPr>
      <w:r>
        <w:t>Prompt 45: Hiring Plan</w:t>
      </w:r>
    </w:p>
    <w:p>
      <w:r>
        <w:rPr>
          <w:b/>
        </w:rPr>
        <w:t>PROMPT</w:t>
        <w:br/>
      </w:r>
      <w:r>
        <w:t>Identify roles and skills needed to scale.</w:t>
      </w:r>
    </w:p>
    <w:p>
      <w:r>
        <w:rPr>
          <w:b/>
        </w:rPr>
        <w:t>Business Benefits:</w:t>
        <w:br/>
      </w:r>
      <w:r>
        <w:t>Strategic hiring prevents the costly mistakes of wrong-fit team members. It ensures you add capacity exactly when needed, maintaining service quality while scaling revenue.</w:t>
      </w:r>
    </w:p>
    <w:p>
      <w:r>
        <w:rPr>
          <w:b/>
        </w:rPr>
        <w:t>Recommended AI Tools:</w:t>
        <w:br/>
      </w:r>
      <w:r>
        <w:t>ChatGPT-4 (best for hiring framework design), LinkedIn Talent + AI (excellent for candidate sourcing), Workable + AI (optimal for hiring workflow)</w:t>
      </w:r>
    </w:p>
    <w:p/>
    <w:p>
      <w:pPr>
        <w:pStyle w:val="Heading2"/>
      </w:pPr>
      <w:r>
        <w:t>Prompt 46: Partnerships</w:t>
      </w:r>
    </w:p>
    <w:p>
      <w:r>
        <w:rPr>
          <w:b/>
        </w:rPr>
        <w:t>PROMPT</w:t>
        <w:br/>
      </w:r>
      <w:r>
        <w:t>Design strategic partnerships for reach and credibility.</w:t>
      </w:r>
    </w:p>
    <w:p>
      <w:r>
        <w:rPr>
          <w:b/>
        </w:rPr>
        <w:t>Business Benefits:</w:t>
        <w:br/>
      </w:r>
      <w:r>
        <w:t>Strategic partnerships can accelerate growth by 2-3x without proportional marketing spend. They provide access to established audiences and borrow credibility that would take years to build independently.</w:t>
      </w:r>
    </w:p>
    <w:p>
      <w:r>
        <w:rPr>
          <w:b/>
        </w:rPr>
        <w:t>Recommended AI Tools:</w:t>
        <w:br/>
      </w:r>
      <w:r>
        <w:t>Claude 3.5 Sonnet (best for partnership strategy), ChatGPT-4 (strong for partnership outreach), PartnerStack + AI (optimal for partnership management)</w:t>
      </w:r>
    </w:p>
    <w:p/>
    <w:p>
      <w:pPr>
        <w:pStyle w:val="Heading2"/>
      </w:pPr>
      <w:r>
        <w:t>Prompt 47: IP &amp; Asset Building</w:t>
      </w:r>
    </w:p>
    <w:p>
      <w:r>
        <w:rPr>
          <w:b/>
        </w:rPr>
        <w:t>PROMPT</w:t>
        <w:br/>
      </w:r>
      <w:r>
        <w:t>Identify IP assets worth building and protecting.</w:t>
      </w:r>
    </w:p>
    <w:p>
      <w:r>
        <w:rPr>
          <w:b/>
        </w:rPr>
        <w:t>Business Benefits:</w:t>
        <w:br/>
      </w:r>
      <w:r>
        <w:t>IP assets create long-term business value beyond current revenue. They can be licensed, sold, or leveraged for partnerships, creating multiple exit options and increasing business valuation by 3-5x.</w:t>
      </w:r>
    </w:p>
    <w:p>
      <w:r>
        <w:rPr>
          <w:b/>
        </w:rPr>
        <w:t>Recommended AI Tools:</w:t>
        <w:br/>
      </w:r>
      <w:r>
        <w:t>ChatGPT-4 (best for IP strategy), Claude 3.5 Sonnet (excellent for asset prioritization), LegalZoom + AI (optimal for IP protection)</w:t>
      </w:r>
    </w:p>
    <w:p/>
    <w:p>
      <w:pPr>
        <w:pStyle w:val="Heading2"/>
      </w:pPr>
      <w:r>
        <w:t>Prompt 48: Long-Term Vision</w:t>
      </w:r>
    </w:p>
    <w:p>
      <w:r>
        <w:rPr>
          <w:b/>
        </w:rPr>
        <w:t>PROMPT</w:t>
        <w:br/>
      </w:r>
      <w:r>
        <w:t>Clarify a 3-5 year vision for the AI Tutor business.</w:t>
      </w:r>
    </w:p>
    <w:p>
      <w:r>
        <w:rPr>
          <w:b/>
        </w:rPr>
        <w:t>Business Benefits:</w:t>
        <w:br/>
      </w:r>
      <w:r>
        <w:t>A clear long-term vision provides decision-making clarity and motivation through challenges. It attracts team members, partners, and investors who want to join a meaningful mission rather than just a job.</w:t>
      </w:r>
    </w:p>
    <w:p>
      <w:r>
        <w:rPr>
          <w:b/>
        </w:rPr>
        <w:t>Recommended AI Tools:</w:t>
        <w:br/>
      </w:r>
      <w:r>
        <w:t>Claude 3.5 Sonnet (best for vision development), ChatGPT-4 (strong for strategic planning), Notion AI (optimal for vision documentation)</w:t>
      </w:r>
    </w:p>
    <w:p/>
    <w:p>
      <w:pPr>
        <w:pStyle w:val="Heading2"/>
      </w:pPr>
      <w:r>
        <w:t>Prompt 49: Exit or Legacy Strategy</w:t>
      </w:r>
    </w:p>
    <w:p>
      <w:r>
        <w:rPr>
          <w:b/>
        </w:rPr>
        <w:t>PROMPT</w:t>
        <w:br/>
      </w:r>
      <w:r>
        <w:t>Explore exit, licensing, or legacy-building options.</w:t>
      </w:r>
    </w:p>
    <w:p>
      <w:r>
        <w:rPr>
          <w:b/>
        </w:rPr>
        <w:t>Business Benefits:</w:t>
        <w:br/>
      </w:r>
      <w:r>
        <w:t>Planning for exit or legacy from day one builds a more valuable, transferable business. It ensures your work continues creating value even after you move on, whether through sale, succession, or licensing.</w:t>
      </w:r>
    </w:p>
    <w:p>
      <w:r>
        <w:rPr>
          <w:b/>
        </w:rPr>
        <w:t>Recommended AI Tools:</w:t>
        <w:br/>
      </w:r>
      <w:r>
        <w:t>ChatGPT-4 (best for exit strategy options), Claude 3.5 Sonnet (excellent for legacy planning), Axial + AI (optimal for exit preparation)</w:t>
      </w:r>
    </w:p>
    <w:p/>
    <w:p>
      <w:pPr>
        <w:pStyle w:val="Heading2"/>
      </w:pPr>
      <w:r>
        <w:t>Prompt 50: Annual Strategy Reset</w:t>
      </w:r>
    </w:p>
    <w:p>
      <w:r>
        <w:rPr>
          <w:b/>
        </w:rPr>
        <w:t>PROMPT</w:t>
        <w:br/>
      </w:r>
      <w:r>
        <w:t>Create a yearly review and strategy reset process.</w:t>
      </w:r>
    </w:p>
    <w:p>
      <w:r>
        <w:rPr>
          <w:b/>
        </w:rPr>
        <w:t>Business Benefits:</w:t>
        <w:br/>
      </w:r>
      <w:r>
        <w:t>Annual strategy resets prevent drift and ensure continuous alignment with market opportunities. They institutionalize learning and improvement, creating a business that gets stronger every year.</w:t>
      </w:r>
    </w:p>
    <w:p>
      <w:r>
        <w:rPr>
          <w:b/>
        </w:rPr>
        <w:t>Recommended AI Tools:</w:t>
        <w:br/>
      </w:r>
      <w:r>
        <w:t>ChatGPT-4 (best for review framework design), Claude 3.5 Sonnet (excellent for reflection prompts), Notion AI (optimal for documentation and tracking)</w:t>
      </w:r>
    </w:p>
    <w:p/>
    <w:p>
      <w:r>
        <w:br w:type="page"/>
      </w:r>
    </w:p>
    <w:p>
      <w:pPr>
        <w:pStyle w:val="Heading1"/>
      </w:pPr>
      <w:r>
        <w:t>Example Outputs</w:t>
      </w:r>
    </w:p>
    <w:p>
      <w:r>
        <w:t>The following example outputs demonstrate the quality and depth of responses you can expect when running these prompts with recommended AI tools. These examples are based on a hypothetical AI Tutor business focused on helping marketing professionals leverage AI tools.</w:t>
      </w:r>
    </w:p>
    <w:p/>
    <w:p>
      <w:pPr>
        <w:pStyle w:val="Heading2"/>
      </w:pPr>
      <w:r>
        <w:t>Example Output: Prompt 1 - Market Positioning</w:t>
      </w:r>
    </w:p>
    <w:p>
      <w:r>
        <w:rPr>
          <w:b/>
        </w:rPr>
        <w:t>AI TUTOR MARKET POSITIONING OUTPUT</w:t>
        <w:br/>
        <w:br/>
      </w:r>
      <w:r>
        <w:t>PRIMARY TARGET MARKET:</w:t>
        <w:br/>
        <w:br/>
        <w:t>Mid-level marketing managers (5-10 years experience) at B2B SaaS companies with 50-500 employees. These professionals recognize AI's potential but feel overwhelmed by rapid changes and lack a structured approach to implementation.</w:t>
        <w:br/>
        <w:br/>
        <w:t>PROBLEMS TO AVOID:</w:t>
        <w:br/>
        <w:br/>
        <w:t>• Competing on price with generic AI courses</w:t>
        <w:br/>
        <w:t>• Targeting complete beginners who need foundational education first</w:t>
        <w:br/>
        <w:t>• Chasing enterprise clients who require custom solutions beyond your capacity</w:t>
        <w:br/>
        <w:t>• Focusing on AI theory rather than practical application</w:t>
        <w:br/>
        <w:br/>
        <w:t>COMPETITIVE ADVANTAGES:</w:t>
        <w:br/>
        <w:br/>
        <w:t>Your 'AI Marketing Accelerator' methodology offers a 90-day implementation framework that competitors lack. While others teach AI concepts, you guarantee measurable workflow improvements.</w:t>
        <w:br/>
        <w:br/>
        <w:t>VALUE STATEMENT:</w:t>
        <w:br/>
        <w:br/>
        <w:t>"I help marketing managers at B2B SaaS companies implement AI tools that save 10+ hours weekly on content creation, reporting, and campaign optimization - without requiring technical expertise or expensive software.</w:t>
      </w:r>
    </w:p>
    <w:p/>
    <w:p>
      <w:pPr>
        <w:pStyle w:val="Heading2"/>
      </w:pPr>
      <w:r>
        <w:t>Example Output: Prompt 2 - Ideal Client Profile</w:t>
      </w:r>
    </w:p>
    <w:p>
      <w:r>
        <w:rPr>
          <w:b/>
        </w:rPr>
        <w:t>IDEAL CLIENT PROFILE OUTPUT</w:t>
        <w:br/>
        <w:br/>
      </w:r>
      <w:r>
        <w:t>DEMOGRAPHICS:</w:t>
        <w:br/>
        <w:br/>
        <w:t>• Age: 30-40</w:t>
        <w:br/>
        <w:t>• Role: Marketing Manager, Senior Marketing Specialist, or Marketing Director</w:t>
        <w:br/>
        <w:t>• Company: B2B SaaS, 50-500 employees, $5M-$50M ARR</w:t>
        <w:br/>
        <w:t>• Location: Remote-first or hybrid, primarily US/UK/Canada</w:t>
        <w:br/>
        <w:br/>
        <w:t>PSYCHOGRAPHICS:</w:t>
        <w:br/>
        <w:br/>
        <w:t>• Values efficiency and data-driven decision making</w:t>
        <w:br/>
        <w:t>• Frustrated by repetitive manual tasks</w:t>
        <w:br/>
        <w:t>• Wants to stay current but overwhelmed by AI news</w:t>
        <w:br/>
        <w:t>• Skeptical of hype, wants practical results</w:t>
        <w:br/>
        <w:br/>
        <w:t>TOP FEARS:</w:t>
        <w:br/>
        <w:br/>
        <w:t>1. Being replaced by AI rather than empowered by it</w:t>
        <w:br/>
        <w:t>2. Wasting time learning tools that become obsolete</w:t>
        <w:br/>
        <w:t>3. Looking foolish by implementing AI incorrectly</w:t>
        <w:br/>
        <w:t>4. Investing in training that doesn't deliver ROI</w:t>
        <w:br/>
        <w:br/>
        <w:t>BUYING TRIGGERS:</w:t>
        <w:br/>
        <w:br/>
        <w:t>• Just received budget approval for Q1/Q2</w:t>
        <w:br/>
        <w:t>• Recently promoted and needs to demonstrate new capabilities</w:t>
        <w:br/>
        <w:t>• Team member left, creating capacity constraints</w:t>
        <w:br/>
        <w:t>• Competitor announced AI-powered marketing initiatives</w:t>
      </w:r>
    </w:p>
    <w:p/>
    <w:p>
      <w:pPr>
        <w:pStyle w:val="Heading2"/>
      </w:pPr>
      <w:r>
        <w:t>Example Output: Prompt 3 - Offer Architecture</w:t>
      </w:r>
    </w:p>
    <w:p>
      <w:r>
        <w:rPr>
          <w:b/>
        </w:rPr>
        <w:t>OFFER ARCHITECTURE OUTPUT</w:t>
        <w:br/>
        <w:br/>
      </w:r>
      <w:r>
        <w:t>ENTRY OFFER - AI Marketing Audit ($497):</w:t>
        <w:br/>
        <w:br/>
        <w:t>• 60-minute assessment of current AI tool usage</w:t>
        <w:br/>
        <w:t>• Custom roadmap identifying top 5 AI implementation opportunities</w:t>
        <w:br/>
        <w:t>• 30-day action plan with specific tools and prompts</w:t>
        <w:br/>
        <w:t>• Outcome: Clear understanding of AI potential for their specific situation</w:t>
        <w:br/>
        <w:br/>
        <w:t>CORE OFFER - AI Marketing Accelerator ($4,997):</w:t>
        <w:br/>
        <w:br/>
        <w:t>• 90-day group program with weekly coaching calls</w:t>
        <w:br/>
        <w:t>• Implementation of 5 core AI workflows (content, reporting, research, optimization, automation)</w:t>
        <w:br/>
        <w:t>• Custom prompt library for their specific use cases</w:t>
        <w:br/>
        <w:t>• Private community access</w:t>
        <w:br/>
        <w:t>• Outcome: 10+ hours weekly saved, measurable productivity gains</w:t>
        <w:br/>
        <w:br/>
        <w:t>PREMIUM OFFER - AI Marketing Transformation ($15,000):</w:t>
        <w:br/>
        <w:br/>
        <w:t>• 6-month 1:1 engagement</w:t>
        <w:br/>
        <w:t>• Full AI stack implementation and team training</w:t>
        <w:br/>
        <w:t>• Custom AI agent development for unique workflows</w:t>
        <w:br/>
        <w:t>• Monthly strategy sessions and unlimited support</w:t>
        <w:br/>
        <w:t>• Outcome: Complete AI transformation of marketing function, 30%+ efficiency gains</w:t>
      </w:r>
    </w:p>
    <w:p/>
    <w:p>
      <w:pPr>
        <w:pStyle w:val="Heading2"/>
      </w:pPr>
      <w:r>
        <w:t>Example Output: Prompt 10 - Content Pillars</w:t>
      </w:r>
    </w:p>
    <w:p>
      <w:r>
        <w:rPr>
          <w:b/>
        </w:rPr>
        <w:t>CONTENT PILLARS OUTPUT</w:t>
        <w:br/>
        <w:br/>
      </w:r>
      <w:r>
        <w:t>PILLAR 1: AI Tool Tutorials &amp; Reviews (40% of content)</w:t>
        <w:br/>
        <w:br/>
        <w:t>• Practical walkthroughs of specific AI tools</w:t>
        <w:br/>
        <w:t>• Honest reviews comparing alternatives</w:t>
        <w:br/>
        <w:t>• Use-case specific recommendations</w:t>
        <w:br/>
        <w:t>Goal: Establish expertise and drive affiliate/tool recommendation revenue</w:t>
        <w:br/>
        <w:br/>
        <w:t>PILLAR 2: AI Implementation Case Studies (20% of content)</w:t>
        <w:br/>
        <w:br/>
        <w:t>• Before/after client transformations</w:t>
        <w:br/>
        <w:t>• Specific results and ROI achieved</w:t>
        <w:br/>
        <w:t>• Lessons learned and best practices</w:t>
        <w:br/>
        <w:t>Goal: Build trust and demonstrate real-world impact</w:t>
        <w:br/>
        <w:br/>
        <w:t>PILLAR 3: AI Industry Insights &amp; Trends (20% of content)</w:t>
        <w:br/>
        <w:br/>
        <w:t>• Analysis of new AI developments</w:t>
        <w:br/>
        <w:t>• Implications for marketing professionals</w:t>
        <w:br/>
        <w:t>• Strategic recommendations</w:t>
        <w:br/>
        <w:t>Goal: Position as thought leader and industry authority</w:t>
        <w:br/>
        <w:br/>
        <w:t>PILLAR 4: Prompt Engineering &amp; Workflows (15% of content)</w:t>
        <w:br/>
        <w:br/>
        <w:t>• Shareable prompt templates</w:t>
        <w:br/>
        <w:t>• Workflow optimization strategies</w:t>
        <w:br/>
        <w:t>• Productivity hacks and tips</w:t>
        <w:br/>
        <w:t>Goal: Provide immediate value and encourage sharing</w:t>
        <w:br/>
        <w:br/>
        <w:t>PILLAR 5: Community &amp; Behind-the-Scenes (5% of content)</w:t>
        <w:br/>
        <w:br/>
        <w:t>• Client success celebrations</w:t>
        <w:br/>
        <w:t>• Personal AI journey updates</w:t>
        <w:br/>
        <w:t>• Community highlights</w:t>
        <w:br/>
        <w:t>Goal: Humanize brand and build connection</w:t>
      </w:r>
    </w:p>
    <w:p/>
    <w:p>
      <w:pPr>
        <w:pStyle w:val="Heading2"/>
      </w:pPr>
      <w:r>
        <w:t>Example Output: Prompt 15 - Email Marketing Strategy</w:t>
      </w:r>
    </w:p>
    <w:p>
      <w:r>
        <w:rPr>
          <w:b/>
        </w:rPr>
        <w:t>EMAIL SEQUENCE OUTPUT</w:t>
        <w:br/>
        <w:br/>
      </w:r>
      <w:r>
        <w:t>WELCOME SEQUENCE (5 emails over 10 days):</w:t>
        <w:br/>
        <w:br/>
        <w:t>Email 1 (Day 0) - Welcome &amp; Quick Win:</w:t>
        <w:br/>
        <w:t>Subject: Your AI Marketing Toolkit is ready</w:t>
        <w:br/>
        <w:t>Content: Deliver lead magnet + introduce your story + set expectations</w:t>
        <w:br/>
        <w:t>CTA: Download toolkit + join community</w:t>
        <w:br/>
        <w:br/>
        <w:t>Email 2 (Day 2) - Value &amp; Education:</w:t>
        <w:br/>
        <w:t>Subject: The #1 mistake marketers make with AI</w:t>
        <w:br/>
        <w:t>Content: Share insight about common AI pitfalls + how to avoid them</w:t>
        <w:br/>
        <w:t>CTA: Read related blog post</w:t>
        <w:br/>
        <w:br/>
        <w:t>Email 3 (Day 4) - Social Proof:</w:t>
        <w:br/>
        <w:t>Subject: How Sarah saved 12 hours/week with AI</w:t>
        <w:br/>
        <w:t>Content: Case study highlighting specific results</w:t>
        <w:br/>
        <w:t>CTA: Book free audit call</w:t>
        <w:br/>
        <w:br/>
        <w:t>Email 4 (Day 7) - Objection Handling:</w:t>
        <w:br/>
        <w:t>Subject: Is AI too complicated for your team?</w:t>
        <w:br/>
        <w:t>Content: Address common objection about AI complexity</w:t>
        <w:br/>
        <w:t>CTA: Watch demo video</w:t>
        <w:br/>
        <w:br/>
        <w:t>Email 5 (Day 10) - Soft Offer:</w:t>
        <w:br/>
        <w:t>Subject: Ready to accelerate your AI journey?</w:t>
        <w:br/>
        <w:t>Content: Introduce Accelerator program with limited-time bonus</w:t>
        <w:br/>
        <w:t>CTA: Apply for Accelerator program</w:t>
      </w:r>
    </w:p>
    <w:p>
      <w:r>
        <w:br w:type="page"/>
      </w:r>
    </w:p>
    <w:p>
      <w:pPr>
        <w:pStyle w:val="Heading1"/>
      </w:pPr>
      <w:r>
        <w:t>AI Tutor Business Map</w:t>
      </w:r>
    </w:p>
    <w:p>
      <w:r>
        <w:t>This one-page business map provides a visual overview of the complete AI Tutor business ecosystem. Use it as a reference to understand how all components work together and identify areas needing attention.</w:t>
      </w:r>
    </w:p>
    <w:tbl>
      <w:tblPr>
        <w:tblStyle w:val="LightGrid-Accent1"/>
        <w:tblW w:type="auto" w:w="0"/>
        <w:tblLook w:firstColumn="1" w:firstRow="1" w:lastColumn="0" w:lastRow="0" w:noHBand="0" w:noVBand="1" w:val="04A0"/>
      </w:tblPr>
      <w:tblGrid>
        <w:gridCol w:w="4320"/>
        <w:gridCol w:w="4320"/>
      </w:tblGrid>
      <w:tr>
        <w:tc>
          <w:tcPr>
            <w:tcW w:type="dxa" w:w="4320"/>
          </w:tcPr>
          <w:p>
            <w:r>
              <w:rPr>
                <w:b/>
              </w:rPr>
              <w:t>Business Layer</w:t>
            </w:r>
          </w:p>
        </w:tc>
        <w:tc>
          <w:tcPr>
            <w:tcW w:type="dxa" w:w="4320"/>
          </w:tcPr>
          <w:p>
            <w:r>
              <w:rPr>
                <w:b/>
              </w:rPr>
              <w:t>Key Components</w:t>
            </w:r>
          </w:p>
        </w:tc>
      </w:tr>
      <w:tr>
        <w:tc>
          <w:tcPr>
            <w:tcW w:type="dxa" w:w="4320"/>
          </w:tcPr>
          <w:p>
            <w:r>
              <w:t>GROWTH &amp; EXIT (Prompts 44-50)</w:t>
            </w:r>
          </w:p>
        </w:tc>
        <w:tc>
          <w:tcPr>
            <w:tcW w:type="dxa" w:w="4320"/>
          </w:tcPr>
          <w:p>
            <w:r>
              <w:t>Scaling, hiring, partnerships, IP, exit strategy, annual reset</w:t>
            </w:r>
          </w:p>
        </w:tc>
      </w:tr>
      <w:tr>
        <w:tc>
          <w:tcPr>
            <w:tcW w:type="dxa" w:w="4320"/>
          </w:tcPr>
          <w:p>
            <w:r>
              <w:t>OPERATIONS (Prompts 34-43)</w:t>
            </w:r>
          </w:p>
        </w:tc>
        <w:tc>
          <w:tcPr>
            <w:tcW w:type="dxa" w:w="4320"/>
          </w:tcPr>
          <w:p>
            <w:r>
              <w:t>Automation, tech stack, metrics dashboard, experimentation, risk management</w:t>
            </w:r>
          </w:p>
        </w:tc>
      </w:tr>
      <w:tr>
        <w:tc>
          <w:tcPr>
            <w:tcW w:type="dxa" w:w="4320"/>
          </w:tcPr>
          <w:p>
            <w:r>
              <w:t>DELIVERY &amp; RETENTION (Prompts 24-33)</w:t>
            </w:r>
          </w:p>
        </w:tc>
        <w:tc>
          <w:tcPr>
            <w:tcW w:type="dxa" w:w="4320"/>
          </w:tcPr>
          <w:p>
            <w:r>
              <w:t>Onboarding, retention, milestones, upsells, referrals, community, corporate offers</w:t>
            </w:r>
          </w:p>
        </w:tc>
      </w:tr>
      <w:tr>
        <w:tc>
          <w:tcPr>
            <w:tcW w:type="dxa" w:w="4320"/>
          </w:tcPr>
          <w:p>
            <w:r>
              <w:t>SALES &amp; CONVERSION (Prompts 20-23)</w:t>
            </w:r>
          </w:p>
        </w:tc>
        <w:tc>
          <w:tcPr>
            <w:tcW w:type="dxa" w:w="4320"/>
          </w:tcPr>
          <w:p>
            <w:r>
              <w:t>Sales messaging, discovery calls, objection handling, pricing strategy</w:t>
            </w:r>
          </w:p>
        </w:tc>
      </w:tr>
      <w:tr>
        <w:tc>
          <w:tcPr>
            <w:tcW w:type="dxa" w:w="4320"/>
          </w:tcPr>
          <w:p>
            <w:r>
              <w:t>LEAD GENERATION (Prompts 15-19)</w:t>
            </w:r>
          </w:p>
        </w:tc>
        <w:tc>
          <w:tcPr>
            <w:tcW w:type="dxa" w:w="4320"/>
          </w:tcPr>
          <w:p>
            <w:r>
              <w:t>Email marketing, lead magnets, nurturing, webinars, case studies</w:t>
            </w:r>
          </w:p>
        </w:tc>
      </w:tr>
      <w:tr>
        <w:tc>
          <w:tcPr>
            <w:tcW w:type="dxa" w:w="4320"/>
          </w:tcPr>
          <w:p>
            <w:r>
              <w:t>CONTENT &amp; AUTHORITY (Prompts 9-14)</w:t>
            </w:r>
          </w:p>
        </w:tc>
        <w:tc>
          <w:tcPr>
            <w:tcW w:type="dxa" w:w="4320"/>
          </w:tcPr>
          <w:p>
            <w:r>
              <w:t>Thought leadership, content pillars, blog, video, social media strategy</w:t>
            </w:r>
          </w:p>
        </w:tc>
      </w:tr>
      <w:tr>
        <w:tc>
          <w:tcPr>
            <w:tcW w:type="dxa" w:w="4320"/>
          </w:tcPr>
          <w:p>
            <w:r>
              <w:t>POSITIONING (Prompts 1-8)</w:t>
            </w:r>
          </w:p>
        </w:tc>
        <w:tc>
          <w:tcPr>
            <w:tcW w:type="dxa" w:w="4320"/>
          </w:tcPr>
          <w:p>
            <w:r>
              <w:t>Market positioning, ideal client, offer architecture, value proposition, brand messaging, authority, origin story</w:t>
            </w:r>
          </w:p>
        </w:tc>
      </w:tr>
    </w:tbl>
    <w:p/>
    <w:p>
      <w:r>
        <w:rPr>
          <w:b/>
        </w:rPr>
        <w:t xml:space="preserve">How to Use This Map: </w:t>
      </w:r>
      <w:r>
        <w:t>Start from the bottom (Foundation) and work upward. Each layer builds on the one below it. If you're experiencing challenges at any level, look to the layer below for the root cause.</w:t>
      </w:r>
    </w:p>
    <w:p>
      <w:r>
        <w:rPr>
          <w:b/>
        </w:rPr>
        <w:t>FOUNDATION</w:t>
        <w:br/>
      </w:r>
      <w:r>
        <w:t>Business context, AI tools, master prompt, strategic vision</w:t>
      </w:r>
    </w:p>
    <w:p>
      <w:r>
        <w:br w:type="page"/>
      </w:r>
    </w:p>
    <w:p>
      <w:pPr>
        <w:pStyle w:val="Heading1"/>
      </w:pPr>
      <w:r>
        <w:t>About the Author</w:t>
      </w:r>
    </w:p>
    <w:p>
      <w:r>
        <w:t>Mark Digitalis is a digital strategist and AI systems architect focused on practical, monetisable AI education. Their work helps individuals and organisations move from AI confusion to confident implementation.</w:t>
      </w:r>
    </w:p>
    <w:p/>
    <w:p>
      <w:r>
        <w:t>This book is part of an upcoming AI Tutor Prompt Pack series. Coming soon:</w:t>
      </w:r>
    </w:p>
    <w:p>
      <w:r>
        <w:t>• AI Tutor Client Systems Prompt Pack</w:t>
        <w:br/>
      </w:r>
      <w:r>
        <w:t>• Corporate AI Training Prompt Pack</w:t>
        <w:br/>
      </w:r>
      <w:r>
        <w:t>• AI Tutor Monetisation &amp; Scaling Playbook</w:t>
      </w:r>
    </w:p>
    <w:p/>
    <w:p>
      <w:r>
        <w:t>Each book builds on the last to help you create a durable, scalable AI education business.</w:t>
      </w:r>
    </w:p>
    <w:p/>
    <w:p>
      <w:r>
        <w:t>If you found these prompts useful, please consider leaving a short review. Reviews help independent authors continue creating practical, high-quality resources. Thank you for reading.</w:t>
      </w:r>
    </w:p>
    <w:p>
      <w:r>
        <w:br w:type="page"/>
      </w:r>
    </w:p>
    <w:p>
      <w:pPr>
        <w:jc w:val="center"/>
      </w:pPr>
      <w:r>
        <w:rPr>
          <w:b/>
          <w:sz w:val="36"/>
        </w:rPr>
        <w:t>AI TUTOR PROMPT PACK</w:t>
        <w:br/>
        <w:br/>
      </w:r>
    </w:p>
    <w:p>
      <w:pPr>
        <w:jc w:val="center"/>
      </w:pPr>
      <w:r>
        <w:rPr>
          <w:sz w:val="22"/>
        </w:rPr>
        <w:t>50 Strategic Prompts | Business Benefits | AI Tool Recommendations</w:t>
        <w:br/>
        <w:t>Example Outputs | Tool Comparison | Business Map</w:t>
        <w:br/>
        <w:br/>
      </w:r>
    </w:p>
    <w:p>
      <w:pPr>
        <w:jc w:val="center"/>
      </w:pPr>
      <w:r>
        <w:rPr>
          <w:sz w:val="22"/>
        </w:rPr>
        <w:t>© 2026 Mark Digitalis. All rights reserved.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